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9A5" w:rsidRPr="00B74D99" w:rsidRDefault="004C226C">
      <w:pPr>
        <w:jc w:val="center"/>
        <w:rPr>
          <w:sz w:val="24"/>
          <w:szCs w:val="24"/>
        </w:rPr>
      </w:pPr>
      <w:r w:rsidRPr="00B74D99">
        <w:rPr>
          <w:b/>
          <w:sz w:val="24"/>
          <w:szCs w:val="24"/>
        </w:rPr>
        <w:t>YURT DIŞI SAĞ</w:t>
      </w:r>
      <w:r w:rsidR="008918E5" w:rsidRPr="00B74D99">
        <w:rPr>
          <w:b/>
          <w:sz w:val="24"/>
          <w:szCs w:val="24"/>
        </w:rPr>
        <w:t xml:space="preserve">LIK </w:t>
      </w:r>
      <w:r w:rsidR="00B74D99" w:rsidRPr="00B74D99">
        <w:rPr>
          <w:b/>
          <w:sz w:val="24"/>
          <w:szCs w:val="24"/>
        </w:rPr>
        <w:t>HİZMET</w:t>
      </w:r>
      <w:r w:rsidR="00B74D99" w:rsidRPr="00B74D99">
        <w:rPr>
          <w:b/>
          <w:sz w:val="24"/>
          <w:szCs w:val="24"/>
        </w:rPr>
        <w:t>İNE İLİŞKİN</w:t>
      </w:r>
      <w:r w:rsidR="00B74D99" w:rsidRPr="00B74D99">
        <w:rPr>
          <w:b/>
          <w:sz w:val="24"/>
          <w:szCs w:val="24"/>
        </w:rPr>
        <w:t xml:space="preserve"> </w:t>
      </w:r>
      <w:r w:rsidR="008918E5" w:rsidRPr="00B74D99">
        <w:rPr>
          <w:b/>
          <w:sz w:val="24"/>
          <w:szCs w:val="24"/>
        </w:rPr>
        <w:t>A</w:t>
      </w:r>
      <w:r w:rsidR="008918E5" w:rsidRPr="00B74D99">
        <w:rPr>
          <w:b/>
          <w:sz w:val="24"/>
          <w:szCs w:val="24"/>
        </w:rPr>
        <w:t>RACILIK SÖZLEŞMESİ</w:t>
      </w:r>
    </w:p>
    <w:p w:rsidR="008918E5" w:rsidRDefault="008918E5">
      <w:pPr>
        <w:rPr>
          <w:b/>
        </w:rPr>
      </w:pPr>
    </w:p>
    <w:p w:rsidR="007E59A5" w:rsidRDefault="004C226C">
      <w:r>
        <w:rPr>
          <w:b/>
        </w:rPr>
        <w:t>1. TARAFLAR</w:t>
      </w:r>
    </w:p>
    <w:p w:rsidR="007E59A5" w:rsidRDefault="008918E5">
      <w:r>
        <w:t xml:space="preserve">Şirket: </w:t>
      </w:r>
    </w:p>
    <w:p w:rsidR="00B74D99" w:rsidRDefault="00B74D99">
      <w:proofErr w:type="spellStart"/>
      <w:r w:rsidRPr="00DB4CA7">
        <w:rPr>
          <w:rFonts w:ascii="Times New Roman" w:hAnsi="Times New Roman" w:cs="Times New Roman"/>
        </w:rPr>
        <w:t>Unvanı</w:t>
      </w:r>
      <w:proofErr w:type="spellEnd"/>
      <w:r w:rsidRPr="00DB4CA7">
        <w:rPr>
          <w:rFonts w:ascii="Times New Roman" w:hAnsi="Times New Roman" w:cs="Times New Roman"/>
        </w:rPr>
        <w:t xml:space="preserve">: 2D </w:t>
      </w:r>
      <w:proofErr w:type="spellStart"/>
      <w:r w:rsidRPr="00DB4CA7">
        <w:rPr>
          <w:rFonts w:ascii="Times New Roman" w:hAnsi="Times New Roman" w:cs="Times New Roman"/>
        </w:rPr>
        <w:t>Sağlık</w:t>
      </w:r>
      <w:proofErr w:type="spellEnd"/>
      <w:r w:rsidRPr="00DB4CA7">
        <w:rPr>
          <w:rFonts w:ascii="Times New Roman" w:hAnsi="Times New Roman" w:cs="Times New Roman"/>
        </w:rPr>
        <w:t xml:space="preserve"> </w:t>
      </w:r>
      <w:proofErr w:type="spellStart"/>
      <w:r w:rsidRPr="00DB4CA7">
        <w:rPr>
          <w:rFonts w:ascii="Times New Roman" w:hAnsi="Times New Roman" w:cs="Times New Roman"/>
        </w:rPr>
        <w:t>Turizm</w:t>
      </w:r>
      <w:proofErr w:type="spellEnd"/>
      <w:r w:rsidRPr="00DB4CA7">
        <w:rPr>
          <w:rFonts w:ascii="Times New Roman" w:hAnsi="Times New Roman" w:cs="Times New Roman"/>
        </w:rPr>
        <w:t xml:space="preserve"> </w:t>
      </w:r>
      <w:proofErr w:type="spellStart"/>
      <w:r w:rsidRPr="00DB4CA7">
        <w:rPr>
          <w:rFonts w:ascii="Times New Roman" w:hAnsi="Times New Roman" w:cs="Times New Roman"/>
        </w:rPr>
        <w:t>Danışmanlık</w:t>
      </w:r>
      <w:proofErr w:type="spellEnd"/>
      <w:r w:rsidRPr="00DB4CA7">
        <w:rPr>
          <w:rFonts w:ascii="Times New Roman" w:hAnsi="Times New Roman" w:cs="Times New Roman"/>
        </w:rPr>
        <w:t xml:space="preserve"> A.Ş.</w:t>
      </w:r>
      <w:r w:rsidRPr="00DB4CA7">
        <w:rPr>
          <w:rFonts w:ascii="Times New Roman" w:hAnsi="Times New Roman" w:cs="Times New Roman"/>
        </w:rPr>
        <w:br/>
      </w:r>
      <w:proofErr w:type="spellStart"/>
      <w:r w:rsidRPr="00DB4CA7">
        <w:rPr>
          <w:rFonts w:ascii="Times New Roman" w:hAnsi="Times New Roman" w:cs="Times New Roman"/>
        </w:rPr>
        <w:t>Adresi</w:t>
      </w:r>
      <w:proofErr w:type="spellEnd"/>
      <w:r w:rsidRPr="00DB4CA7">
        <w:rPr>
          <w:rFonts w:ascii="Times New Roman" w:hAnsi="Times New Roman" w:cs="Times New Roman"/>
        </w:rPr>
        <w:t xml:space="preserve">: </w:t>
      </w:r>
      <w:proofErr w:type="spellStart"/>
      <w:r w:rsidRPr="00DB4CA7">
        <w:rPr>
          <w:rFonts w:ascii="Times New Roman" w:hAnsi="Times New Roman" w:cs="Times New Roman"/>
          <w:bCs/>
        </w:rPr>
        <w:t>Kanlıca</w:t>
      </w:r>
      <w:proofErr w:type="spellEnd"/>
      <w:r w:rsidRPr="00DB4CA7">
        <w:rPr>
          <w:rFonts w:ascii="Times New Roman" w:hAnsi="Times New Roman" w:cs="Times New Roman"/>
          <w:bCs/>
        </w:rPr>
        <w:t xml:space="preserve"> </w:t>
      </w:r>
      <w:proofErr w:type="spellStart"/>
      <w:r w:rsidRPr="00DB4CA7">
        <w:rPr>
          <w:rFonts w:ascii="Times New Roman" w:hAnsi="Times New Roman" w:cs="Times New Roman"/>
          <w:bCs/>
        </w:rPr>
        <w:t>Mah</w:t>
      </w:r>
      <w:proofErr w:type="spellEnd"/>
      <w:r w:rsidRPr="00DB4CA7">
        <w:rPr>
          <w:rFonts w:ascii="Times New Roman" w:hAnsi="Times New Roman" w:cs="Times New Roman"/>
          <w:bCs/>
        </w:rPr>
        <w:t xml:space="preserve">. </w:t>
      </w:r>
      <w:proofErr w:type="spellStart"/>
      <w:r w:rsidRPr="00DB4CA7">
        <w:rPr>
          <w:rFonts w:ascii="Times New Roman" w:hAnsi="Times New Roman" w:cs="Times New Roman"/>
          <w:bCs/>
        </w:rPr>
        <w:t>Hacı</w:t>
      </w:r>
      <w:proofErr w:type="spellEnd"/>
      <w:r w:rsidRPr="00DB4CA7">
        <w:rPr>
          <w:rFonts w:ascii="Times New Roman" w:hAnsi="Times New Roman" w:cs="Times New Roman"/>
          <w:bCs/>
        </w:rPr>
        <w:t xml:space="preserve"> </w:t>
      </w:r>
      <w:proofErr w:type="spellStart"/>
      <w:r w:rsidRPr="00DB4CA7">
        <w:rPr>
          <w:rFonts w:ascii="Times New Roman" w:hAnsi="Times New Roman" w:cs="Times New Roman"/>
          <w:bCs/>
        </w:rPr>
        <w:t>Muhittin</w:t>
      </w:r>
      <w:proofErr w:type="spellEnd"/>
      <w:r w:rsidRPr="00DB4CA7">
        <w:rPr>
          <w:rFonts w:ascii="Times New Roman" w:hAnsi="Times New Roman" w:cs="Times New Roman"/>
          <w:bCs/>
        </w:rPr>
        <w:t xml:space="preserve"> Sk. No:10 </w:t>
      </w:r>
      <w:proofErr w:type="spellStart"/>
      <w:r w:rsidRPr="00DB4CA7">
        <w:rPr>
          <w:rFonts w:ascii="Times New Roman" w:hAnsi="Times New Roman" w:cs="Times New Roman"/>
          <w:bCs/>
        </w:rPr>
        <w:t>Beykoz</w:t>
      </w:r>
      <w:proofErr w:type="spellEnd"/>
      <w:r w:rsidRPr="00DB4CA7">
        <w:rPr>
          <w:rFonts w:ascii="Times New Roman" w:hAnsi="Times New Roman" w:cs="Times New Roman"/>
          <w:bCs/>
        </w:rPr>
        <w:t>/İstanbul</w:t>
      </w:r>
      <w:r w:rsidRPr="00DB4CA7">
        <w:rPr>
          <w:rFonts w:ascii="Times New Roman" w:hAnsi="Times New Roman" w:cs="Times New Roman"/>
        </w:rPr>
        <w:br/>
      </w:r>
      <w:proofErr w:type="spellStart"/>
      <w:r w:rsidRPr="00DB4CA7">
        <w:rPr>
          <w:rFonts w:ascii="Times New Roman" w:hAnsi="Times New Roman" w:cs="Times New Roman"/>
        </w:rPr>
        <w:t>Vergi</w:t>
      </w:r>
      <w:proofErr w:type="spellEnd"/>
      <w:r w:rsidRPr="00DB4CA7">
        <w:rPr>
          <w:rFonts w:ascii="Times New Roman" w:hAnsi="Times New Roman" w:cs="Times New Roman"/>
        </w:rPr>
        <w:t xml:space="preserve"> No: </w:t>
      </w:r>
      <w:r w:rsidRPr="00DB4CA7">
        <w:rPr>
          <w:rFonts w:ascii="Times New Roman" w:hAnsi="Times New Roman" w:cs="Times New Roman"/>
          <w:bCs/>
        </w:rPr>
        <w:t>BEYKOZ – 0012475414</w:t>
      </w:r>
      <w:r w:rsidRPr="00DB4CA7">
        <w:rPr>
          <w:rFonts w:ascii="Times New Roman" w:hAnsi="Times New Roman" w:cs="Times New Roman"/>
        </w:rPr>
        <w:br/>
      </w:r>
      <w:proofErr w:type="spellStart"/>
      <w:r w:rsidRPr="00DB4CA7">
        <w:rPr>
          <w:rFonts w:ascii="Times New Roman" w:hAnsi="Times New Roman" w:cs="Times New Roman"/>
        </w:rPr>
        <w:t>Yetkilisi</w:t>
      </w:r>
      <w:proofErr w:type="spellEnd"/>
      <w:r w:rsidRPr="00DB4CA7">
        <w:rPr>
          <w:rFonts w:ascii="Times New Roman" w:hAnsi="Times New Roman" w:cs="Times New Roman"/>
        </w:rPr>
        <w:t xml:space="preserve">: </w:t>
      </w:r>
      <w:proofErr w:type="spellStart"/>
      <w:r w:rsidRPr="00DB4CA7">
        <w:rPr>
          <w:rFonts w:ascii="Times New Roman" w:hAnsi="Times New Roman" w:cs="Times New Roman"/>
        </w:rPr>
        <w:t>Gülnihal</w:t>
      </w:r>
      <w:proofErr w:type="spellEnd"/>
      <w:r w:rsidRPr="00DB4CA7">
        <w:rPr>
          <w:rFonts w:ascii="Times New Roman" w:hAnsi="Times New Roman" w:cs="Times New Roman"/>
        </w:rPr>
        <w:t xml:space="preserve"> </w:t>
      </w:r>
      <w:proofErr w:type="spellStart"/>
      <w:r w:rsidRPr="00DB4CA7">
        <w:rPr>
          <w:rFonts w:ascii="Times New Roman" w:hAnsi="Times New Roman" w:cs="Times New Roman"/>
        </w:rPr>
        <w:t>Sezer</w:t>
      </w:r>
      <w:proofErr w:type="spellEnd"/>
      <w:r>
        <w:rPr>
          <w:rFonts w:ascii="Times New Roman" w:hAnsi="Times New Roman" w:cs="Times New Roman"/>
        </w:rPr>
        <w:t xml:space="preserve"> (T.C. </w:t>
      </w:r>
      <w:proofErr w:type="spellStart"/>
      <w:r>
        <w:rPr>
          <w:rFonts w:ascii="Times New Roman" w:hAnsi="Times New Roman" w:cs="Times New Roman"/>
        </w:rPr>
        <w:t>Kimlik</w:t>
      </w:r>
      <w:proofErr w:type="spellEnd"/>
      <w:r>
        <w:rPr>
          <w:rFonts w:ascii="Times New Roman" w:hAnsi="Times New Roman" w:cs="Times New Roman"/>
        </w:rPr>
        <w:t xml:space="preserve"> No</w:t>
      </w:r>
      <w:r w:rsidRPr="00EA1275">
        <w:rPr>
          <w:rFonts w:ascii="Times New Roman" w:hAnsi="Times New Roman" w:cs="Times New Roman"/>
        </w:rPr>
        <w:t>: 16673346444)</w:t>
      </w:r>
    </w:p>
    <w:p w:rsidR="00B74D99" w:rsidRDefault="00B74D99"/>
    <w:p w:rsidR="007E59A5" w:rsidRDefault="008918E5">
      <w:r>
        <w:t xml:space="preserve">Hizmet Alan (Hasta): </w:t>
      </w:r>
    </w:p>
    <w:p w:rsidR="00B74D99" w:rsidRDefault="00B74D99" w:rsidP="00B74D99">
      <w:pPr>
        <w:spacing w:after="0"/>
      </w:pPr>
      <w:r>
        <w:t>Ad-</w:t>
      </w:r>
      <w:proofErr w:type="spellStart"/>
      <w:proofErr w:type="gramStart"/>
      <w:r>
        <w:t>Soyad</w:t>
      </w:r>
      <w:proofErr w:type="spellEnd"/>
      <w:r>
        <w:t xml:space="preserve"> :</w:t>
      </w:r>
      <w:proofErr w:type="gramEnd"/>
    </w:p>
    <w:p w:rsidR="00B74D99" w:rsidRDefault="00B74D99" w:rsidP="00B74D99">
      <w:pPr>
        <w:spacing w:after="0"/>
      </w:pPr>
      <w:r>
        <w:t xml:space="preserve">T.C. </w:t>
      </w:r>
      <w:proofErr w:type="spellStart"/>
      <w:r>
        <w:t>Kimlik</w:t>
      </w:r>
      <w:proofErr w:type="spellEnd"/>
      <w:r>
        <w:t xml:space="preserve"> </w:t>
      </w:r>
      <w:proofErr w:type="gramStart"/>
      <w:r>
        <w:t>No :</w:t>
      </w:r>
      <w:proofErr w:type="gramEnd"/>
      <w:r>
        <w:t xml:space="preserve"> </w:t>
      </w:r>
    </w:p>
    <w:p w:rsidR="00B74D99" w:rsidRDefault="00B74D99">
      <w:proofErr w:type="spellStart"/>
      <w:proofErr w:type="gramStart"/>
      <w:r>
        <w:t>Adres</w:t>
      </w:r>
      <w:proofErr w:type="spellEnd"/>
      <w:r>
        <w:t xml:space="preserve"> :</w:t>
      </w:r>
      <w:proofErr w:type="gramEnd"/>
    </w:p>
    <w:p w:rsidR="00B74D99" w:rsidRDefault="00B74D99"/>
    <w:p w:rsidR="008918E5" w:rsidRDefault="008918E5">
      <w:pPr>
        <w:rPr>
          <w:b/>
        </w:rPr>
      </w:pPr>
    </w:p>
    <w:p w:rsidR="007E59A5" w:rsidRDefault="004C226C">
      <w:r>
        <w:rPr>
          <w:b/>
        </w:rPr>
        <w:t>2. SÖZLEŞMENİN NİTELİĞİ</w:t>
      </w:r>
    </w:p>
    <w:p w:rsidR="008918E5" w:rsidRDefault="008918E5" w:rsidP="008918E5">
      <w:pPr>
        <w:jc w:val="both"/>
      </w:pPr>
      <w:proofErr w:type="spellStart"/>
      <w:r>
        <w:t>İşbu</w:t>
      </w:r>
      <w:proofErr w:type="spellEnd"/>
      <w:r>
        <w:t xml:space="preserve"> </w:t>
      </w:r>
      <w:proofErr w:type="spellStart"/>
      <w:r>
        <w:t>sözleşmenin</w:t>
      </w:r>
      <w:proofErr w:type="spellEnd"/>
      <w:r>
        <w:t xml:space="preserve"> </w:t>
      </w:r>
      <w:proofErr w:type="spellStart"/>
      <w:r>
        <w:t>konusu</w:t>
      </w:r>
      <w:proofErr w:type="spellEnd"/>
      <w:r>
        <w:t xml:space="preserve">, </w:t>
      </w:r>
      <w:proofErr w:type="spellStart"/>
      <w:r>
        <w:t>Hizmet</w:t>
      </w:r>
      <w:proofErr w:type="spellEnd"/>
      <w:r>
        <w:t xml:space="preserve"> </w:t>
      </w:r>
      <w:proofErr w:type="spellStart"/>
      <w:r>
        <w:t>Alan’ın</w:t>
      </w:r>
      <w:proofErr w:type="spellEnd"/>
      <w:r>
        <w:t xml:space="preserve"> </w:t>
      </w:r>
      <w:proofErr w:type="spellStart"/>
      <w:r>
        <w:t>Japonya’da</w:t>
      </w:r>
      <w:proofErr w:type="spellEnd"/>
      <w:r>
        <w:t xml:space="preserve"> </w:t>
      </w:r>
      <w:proofErr w:type="spellStart"/>
      <w:r>
        <w:t>faaliyet</w:t>
      </w:r>
      <w:proofErr w:type="spellEnd"/>
      <w:r>
        <w:t xml:space="preserve"> </w:t>
      </w:r>
      <w:proofErr w:type="spellStart"/>
      <w:r>
        <w:t>gösteren</w:t>
      </w:r>
      <w:proofErr w:type="spellEnd"/>
      <w:r>
        <w:t xml:space="preserve"> </w:t>
      </w:r>
      <w:r w:rsidR="00B74D99" w:rsidRPr="00B74D99">
        <w:t xml:space="preserve">I-Cell Networks </w:t>
      </w:r>
      <w:proofErr w:type="gramStart"/>
      <w:r w:rsidR="00B74D99" w:rsidRPr="00B74D99">
        <w:t>CORP</w:t>
      </w:r>
      <w:r w:rsidR="00B74D99">
        <w:rPr>
          <w:sz w:val="23"/>
          <w:szCs w:val="23"/>
        </w:rPr>
        <w:t xml:space="preserve"> </w:t>
      </w:r>
      <w:r>
        <w:t xml:space="preserve"> </w:t>
      </w:r>
      <w:proofErr w:type="spellStart"/>
      <w:r>
        <w:t>nezdinde</w:t>
      </w:r>
      <w:proofErr w:type="spellEnd"/>
      <w:proofErr w:type="gramEnd"/>
      <w:r>
        <w:t xml:space="preserve"> </w:t>
      </w:r>
      <w:proofErr w:type="spellStart"/>
      <w:r>
        <w:t>değerlendirilmesi</w:t>
      </w:r>
      <w:proofErr w:type="spellEnd"/>
      <w:r>
        <w:t xml:space="preserve"> </w:t>
      </w:r>
      <w:proofErr w:type="spellStart"/>
      <w:r>
        <w:t>amacıyla</w:t>
      </w:r>
      <w:proofErr w:type="spellEnd"/>
      <w:r>
        <w:t xml:space="preserve">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başvuruların</w:t>
      </w:r>
      <w:proofErr w:type="spellEnd"/>
      <w:r>
        <w:t xml:space="preserve"> </w:t>
      </w:r>
      <w:proofErr w:type="spellStart"/>
      <w:r>
        <w:t>yapılması</w:t>
      </w:r>
      <w:proofErr w:type="spellEnd"/>
      <w:r>
        <w:t xml:space="preserve">, </w:t>
      </w:r>
      <w:proofErr w:type="spellStart"/>
      <w:r>
        <w:t>iletişimin</w:t>
      </w:r>
      <w:proofErr w:type="spellEnd"/>
      <w:r>
        <w:t xml:space="preserve"> </w:t>
      </w:r>
      <w:proofErr w:type="spellStart"/>
      <w:r>
        <w:t>sağlanması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seyahat</w:t>
      </w:r>
      <w:proofErr w:type="spellEnd"/>
      <w:r w:rsidR="00B74D99">
        <w:t xml:space="preserve"> </w:t>
      </w:r>
      <w:proofErr w:type="spellStart"/>
      <w:r w:rsidR="00B74D99">
        <w:t>ve</w:t>
      </w:r>
      <w:proofErr w:type="spellEnd"/>
      <w:r w:rsidR="00B74D99">
        <w:t xml:space="preserve"> </w:t>
      </w:r>
      <w:proofErr w:type="spellStart"/>
      <w:r w:rsidR="00B74D99">
        <w:t>konaklama</w:t>
      </w:r>
      <w:proofErr w:type="spellEnd"/>
      <w:r>
        <w:t xml:space="preserve"> </w:t>
      </w:r>
      <w:proofErr w:type="spellStart"/>
      <w:r>
        <w:t>organizasyonunun</w:t>
      </w:r>
      <w:proofErr w:type="spellEnd"/>
      <w:r>
        <w:t xml:space="preserve"> </w:t>
      </w:r>
      <w:proofErr w:type="spellStart"/>
      <w:r>
        <w:t>gerçekleştirilmesine</w:t>
      </w:r>
      <w:proofErr w:type="spellEnd"/>
      <w:r>
        <w:t xml:space="preserve"> </w:t>
      </w:r>
      <w:proofErr w:type="spellStart"/>
      <w:r>
        <w:t>ilişkin</w:t>
      </w:r>
      <w:proofErr w:type="spellEnd"/>
      <w:r>
        <w:t xml:space="preserve"> </w:t>
      </w:r>
      <w:proofErr w:type="spellStart"/>
      <w:r>
        <w:t>aracılık</w:t>
      </w:r>
      <w:proofErr w:type="spellEnd"/>
      <w:r>
        <w:t xml:space="preserve"> </w:t>
      </w:r>
      <w:proofErr w:type="spellStart"/>
      <w:r>
        <w:t>hizmetlerinin</w:t>
      </w:r>
      <w:proofErr w:type="spellEnd"/>
      <w:r>
        <w:t xml:space="preserve"> </w:t>
      </w:r>
      <w:proofErr w:type="spellStart"/>
      <w:r>
        <w:t>şartlarının</w:t>
      </w:r>
      <w:proofErr w:type="spellEnd"/>
      <w:r>
        <w:t xml:space="preserve"> </w:t>
      </w:r>
      <w:proofErr w:type="spellStart"/>
      <w:r>
        <w:t>belirlenmesidir</w:t>
      </w:r>
      <w:proofErr w:type="spellEnd"/>
      <w:r>
        <w:t>.</w:t>
      </w:r>
    </w:p>
    <w:p w:rsidR="008918E5" w:rsidRDefault="008918E5" w:rsidP="008918E5">
      <w:pPr>
        <w:jc w:val="both"/>
      </w:pPr>
      <w:proofErr w:type="spellStart"/>
      <w:r>
        <w:t>Şirket</w:t>
      </w:r>
      <w:proofErr w:type="spellEnd"/>
      <w:r>
        <w:t xml:space="preserve">, </w:t>
      </w:r>
      <w:proofErr w:type="spellStart"/>
      <w:r>
        <w:t>işbu</w:t>
      </w:r>
      <w:proofErr w:type="spellEnd"/>
      <w:r>
        <w:t xml:space="preserve"> </w:t>
      </w:r>
      <w:proofErr w:type="spellStart"/>
      <w:r>
        <w:t>sözleşme</w:t>
      </w:r>
      <w:proofErr w:type="spellEnd"/>
      <w:r>
        <w:t xml:space="preserve"> </w:t>
      </w:r>
      <w:proofErr w:type="spellStart"/>
      <w:r>
        <w:t>kapsamında</w:t>
      </w:r>
      <w:proofErr w:type="spellEnd"/>
      <w:r>
        <w:t xml:space="preserve"> </w:t>
      </w:r>
      <w:proofErr w:type="spellStart"/>
      <w:r>
        <w:t>tıbbi</w:t>
      </w:r>
      <w:proofErr w:type="spellEnd"/>
      <w:r>
        <w:t xml:space="preserve"> </w:t>
      </w:r>
      <w:proofErr w:type="spellStart"/>
      <w:r>
        <w:t>teşhis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tedavi</w:t>
      </w:r>
      <w:proofErr w:type="spellEnd"/>
      <w:r>
        <w:t xml:space="preserve"> </w:t>
      </w:r>
      <w:proofErr w:type="spellStart"/>
      <w:r>
        <w:t>hizmeti</w:t>
      </w:r>
      <w:proofErr w:type="spellEnd"/>
      <w:r>
        <w:t xml:space="preserve"> </w:t>
      </w:r>
      <w:proofErr w:type="spellStart"/>
      <w:r>
        <w:t>sunmamaktadır</w:t>
      </w:r>
      <w:proofErr w:type="spellEnd"/>
      <w:r>
        <w:t xml:space="preserve">; </w:t>
      </w:r>
      <w:proofErr w:type="spellStart"/>
      <w:r>
        <w:t>yalnızca</w:t>
      </w:r>
      <w:proofErr w:type="spellEnd"/>
      <w:r>
        <w:t xml:space="preserve"> </w:t>
      </w:r>
      <w:proofErr w:type="spellStart"/>
      <w:r>
        <w:t>aracılık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organizasyon</w:t>
      </w:r>
      <w:proofErr w:type="spellEnd"/>
      <w:r>
        <w:t xml:space="preserve"> </w:t>
      </w:r>
      <w:proofErr w:type="spellStart"/>
      <w:r>
        <w:t>hizmeti</w:t>
      </w:r>
      <w:proofErr w:type="spellEnd"/>
      <w:r>
        <w:t xml:space="preserve"> </w:t>
      </w:r>
      <w:proofErr w:type="spellStart"/>
      <w:r>
        <w:t>sunmaktadır</w:t>
      </w:r>
      <w:proofErr w:type="spellEnd"/>
      <w:r>
        <w:t>.</w:t>
      </w:r>
    </w:p>
    <w:p w:rsidR="008918E5" w:rsidRDefault="008918E5">
      <w:pPr>
        <w:rPr>
          <w:b/>
        </w:rPr>
      </w:pPr>
    </w:p>
    <w:p w:rsidR="007E59A5" w:rsidRDefault="004C226C">
      <w:r>
        <w:rPr>
          <w:b/>
        </w:rPr>
        <w:t>3. ŞİRKETİN ROLÜNÜN SINIRLANDIRILMASI</w:t>
      </w:r>
    </w:p>
    <w:p w:rsidR="007E59A5" w:rsidRDefault="004C226C">
      <w:r>
        <w:t>- Şirket yalnızca organizasyon sağlar</w:t>
      </w:r>
    </w:p>
    <w:p w:rsidR="007E59A5" w:rsidRDefault="004C226C">
      <w:r>
        <w:t>- Tedavi sürecine müdahil değildir</w:t>
      </w:r>
    </w:p>
    <w:p w:rsidR="007E59A5" w:rsidRDefault="004C226C">
      <w:r>
        <w:t>- Sağlık kuruluşları bağımsızdır</w:t>
      </w:r>
    </w:p>
    <w:p w:rsidR="008918E5" w:rsidRDefault="008918E5">
      <w:pPr>
        <w:rPr>
          <w:b/>
        </w:rPr>
      </w:pPr>
    </w:p>
    <w:p w:rsidR="00B74D99" w:rsidRPr="00B74D99" w:rsidRDefault="004C226C">
      <w:pPr>
        <w:rPr>
          <w:b/>
        </w:rPr>
      </w:pPr>
      <w:r>
        <w:rPr>
          <w:b/>
        </w:rPr>
        <w:t>4. HİZMET KAPSAMI</w:t>
      </w:r>
    </w:p>
    <w:p w:rsidR="008918E5" w:rsidRDefault="008918E5" w:rsidP="008918E5">
      <w:r>
        <w:rPr>
          <w:b/>
        </w:rPr>
        <w:lastRenderedPageBreak/>
        <w:t>4</w:t>
      </w:r>
      <w:r w:rsidRPr="00916FB8">
        <w:rPr>
          <w:b/>
        </w:rPr>
        <w:t>.1.</w:t>
      </w:r>
      <w:r>
        <w:t xml:space="preserve"> </w:t>
      </w:r>
      <w:proofErr w:type="spellStart"/>
      <w:r>
        <w:t>Hizmet</w:t>
      </w:r>
      <w:proofErr w:type="spellEnd"/>
      <w:r>
        <w:t xml:space="preserve"> Alan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sağlanan</w:t>
      </w:r>
      <w:proofErr w:type="spellEnd"/>
      <w:r>
        <w:t xml:space="preserve"> </w:t>
      </w:r>
      <w:proofErr w:type="spellStart"/>
      <w:r>
        <w:t>tıbbi</w:t>
      </w:r>
      <w:proofErr w:type="spellEnd"/>
      <w:r>
        <w:t xml:space="preserve"> </w:t>
      </w:r>
      <w:proofErr w:type="spellStart"/>
      <w:r>
        <w:t>rapor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belgeler</w:t>
      </w:r>
      <w:proofErr w:type="spellEnd"/>
      <w:r>
        <w:t xml:space="preserve">, </w:t>
      </w:r>
      <w:proofErr w:type="spellStart"/>
      <w:r>
        <w:t>Şirket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Japonya’daki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kuruluşa</w:t>
      </w:r>
      <w:proofErr w:type="spellEnd"/>
      <w:r>
        <w:t xml:space="preserve"> </w:t>
      </w:r>
      <w:proofErr w:type="spellStart"/>
      <w:r>
        <w:t>iletilir</w:t>
      </w:r>
      <w:proofErr w:type="spellEnd"/>
      <w:r>
        <w:t>.</w:t>
      </w:r>
    </w:p>
    <w:p w:rsidR="008918E5" w:rsidRDefault="008918E5" w:rsidP="008918E5">
      <w:r>
        <w:rPr>
          <w:b/>
        </w:rPr>
        <w:t>4</w:t>
      </w:r>
      <w:r w:rsidRPr="00916FB8">
        <w:rPr>
          <w:b/>
        </w:rPr>
        <w:t>.2.</w:t>
      </w:r>
      <w:r>
        <w:t xml:space="preserve"> </w:t>
      </w:r>
      <w:proofErr w:type="spellStart"/>
      <w:r>
        <w:t>Japonya’daki</w:t>
      </w:r>
      <w:proofErr w:type="spellEnd"/>
      <w:r>
        <w:t xml:space="preserve"> </w:t>
      </w:r>
      <w:proofErr w:type="spellStart"/>
      <w:r>
        <w:t>kuruluş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ön</w:t>
      </w:r>
      <w:proofErr w:type="spellEnd"/>
      <w:r>
        <w:t xml:space="preserve"> </w:t>
      </w:r>
      <w:proofErr w:type="spellStart"/>
      <w:r>
        <w:t>değerlendirme</w:t>
      </w:r>
      <w:proofErr w:type="spellEnd"/>
      <w:r>
        <w:t xml:space="preserve"> </w:t>
      </w:r>
      <w:proofErr w:type="spellStart"/>
      <w:r>
        <w:t>yapılır</w:t>
      </w:r>
      <w:proofErr w:type="spellEnd"/>
      <w:r>
        <w:t>.</w:t>
      </w:r>
    </w:p>
    <w:p w:rsidR="008918E5" w:rsidRDefault="008918E5" w:rsidP="008918E5">
      <w:r>
        <w:rPr>
          <w:b/>
        </w:rPr>
        <w:t>4</w:t>
      </w:r>
      <w:r w:rsidRPr="00916FB8">
        <w:rPr>
          <w:b/>
        </w:rPr>
        <w:t>.3.</w:t>
      </w:r>
      <w:r>
        <w:t xml:space="preserve"> </w:t>
      </w:r>
      <w:proofErr w:type="spellStart"/>
      <w:r>
        <w:t>Uygun</w:t>
      </w:r>
      <w:proofErr w:type="spellEnd"/>
      <w:r>
        <w:t xml:space="preserve"> </w:t>
      </w:r>
      <w:proofErr w:type="spellStart"/>
      <w:r>
        <w:t>görülmesi</w:t>
      </w:r>
      <w:proofErr w:type="spellEnd"/>
      <w:r>
        <w:t xml:space="preserve"> </w:t>
      </w:r>
      <w:proofErr w:type="spellStart"/>
      <w:r>
        <w:t>halinde</w:t>
      </w:r>
      <w:proofErr w:type="spellEnd"/>
      <w:r>
        <w:t xml:space="preserve"> </w:t>
      </w:r>
      <w:proofErr w:type="spellStart"/>
      <w:r>
        <w:t>taraflar</w:t>
      </w:r>
      <w:proofErr w:type="spellEnd"/>
      <w:r>
        <w:t xml:space="preserve"> </w:t>
      </w:r>
      <w:proofErr w:type="spellStart"/>
      <w:r>
        <w:t>arasında</w:t>
      </w:r>
      <w:proofErr w:type="spellEnd"/>
      <w:r>
        <w:t xml:space="preserve"> online </w:t>
      </w:r>
      <w:proofErr w:type="spellStart"/>
      <w:r>
        <w:t>görüşme</w:t>
      </w:r>
      <w:proofErr w:type="spellEnd"/>
      <w:r>
        <w:t xml:space="preserve"> organize </w:t>
      </w:r>
      <w:proofErr w:type="spellStart"/>
      <w:r>
        <w:t>edilir</w:t>
      </w:r>
      <w:proofErr w:type="spellEnd"/>
      <w:r>
        <w:t>.</w:t>
      </w:r>
    </w:p>
    <w:p w:rsidR="008918E5" w:rsidRDefault="008918E5" w:rsidP="008918E5">
      <w:r>
        <w:rPr>
          <w:b/>
        </w:rPr>
        <w:t>4</w:t>
      </w:r>
      <w:r w:rsidRPr="00916FB8">
        <w:rPr>
          <w:b/>
        </w:rPr>
        <w:t>.4.</w:t>
      </w:r>
      <w:r>
        <w:t xml:space="preserve"> </w:t>
      </w:r>
      <w:proofErr w:type="spellStart"/>
      <w:r>
        <w:t>Hizmet</w:t>
      </w:r>
      <w:proofErr w:type="spellEnd"/>
      <w:r>
        <w:t xml:space="preserve"> </w:t>
      </w:r>
      <w:proofErr w:type="spellStart"/>
      <w:r>
        <w:t>Alan’ın</w:t>
      </w:r>
      <w:proofErr w:type="spellEnd"/>
      <w:r>
        <w:t xml:space="preserve"> </w:t>
      </w:r>
      <w:proofErr w:type="spellStart"/>
      <w:r>
        <w:t>kabulü</w:t>
      </w:r>
      <w:proofErr w:type="spellEnd"/>
      <w:r>
        <w:t xml:space="preserve"> </w:t>
      </w:r>
      <w:proofErr w:type="spellStart"/>
      <w:r>
        <w:t>halinde</w:t>
      </w:r>
      <w:proofErr w:type="spellEnd"/>
      <w:r>
        <w:t xml:space="preserve"> </w:t>
      </w:r>
      <w:proofErr w:type="spellStart"/>
      <w:r>
        <w:t>Şirket</w:t>
      </w:r>
      <w:proofErr w:type="spellEnd"/>
      <w:r>
        <w:t xml:space="preserve"> </w:t>
      </w:r>
      <w:proofErr w:type="spellStart"/>
      <w:r>
        <w:t>aşağıdaki</w:t>
      </w:r>
      <w:proofErr w:type="spellEnd"/>
      <w:r>
        <w:t xml:space="preserve"> </w:t>
      </w:r>
      <w:proofErr w:type="spellStart"/>
      <w:r>
        <w:t>hizmetleri</w:t>
      </w:r>
      <w:proofErr w:type="spellEnd"/>
      <w:r>
        <w:t xml:space="preserve"> </w:t>
      </w:r>
      <w:proofErr w:type="spellStart"/>
      <w:r>
        <w:t>sağlar</w:t>
      </w:r>
      <w:proofErr w:type="spellEnd"/>
      <w:r>
        <w:t>:</w:t>
      </w:r>
    </w:p>
    <w:p w:rsidR="008918E5" w:rsidRDefault="008918E5" w:rsidP="008918E5">
      <w:r>
        <w:t xml:space="preserve">- </w:t>
      </w:r>
      <w:proofErr w:type="spellStart"/>
      <w:r>
        <w:t>Uçak</w:t>
      </w:r>
      <w:proofErr w:type="spellEnd"/>
      <w:r>
        <w:t xml:space="preserve"> </w:t>
      </w:r>
      <w:proofErr w:type="spellStart"/>
      <w:r>
        <w:t>bileti</w:t>
      </w:r>
      <w:proofErr w:type="spellEnd"/>
      <w:r>
        <w:t xml:space="preserve"> </w:t>
      </w:r>
      <w:proofErr w:type="spellStart"/>
      <w:r>
        <w:t>organizasyonu</w:t>
      </w:r>
      <w:proofErr w:type="spellEnd"/>
    </w:p>
    <w:p w:rsidR="008918E5" w:rsidRDefault="008918E5" w:rsidP="008918E5">
      <w:r>
        <w:t xml:space="preserve">- </w:t>
      </w:r>
      <w:proofErr w:type="spellStart"/>
      <w:r>
        <w:t>Konaklama</w:t>
      </w:r>
      <w:proofErr w:type="spellEnd"/>
      <w:r>
        <w:t xml:space="preserve"> </w:t>
      </w:r>
      <w:proofErr w:type="spellStart"/>
      <w:r>
        <w:t>organizasyonu</w:t>
      </w:r>
      <w:proofErr w:type="spellEnd"/>
    </w:p>
    <w:p w:rsidR="008918E5" w:rsidRDefault="008918E5" w:rsidP="008918E5">
      <w:r>
        <w:t xml:space="preserve">- </w:t>
      </w:r>
      <w:proofErr w:type="spellStart"/>
      <w:r>
        <w:t>Tercümanlık</w:t>
      </w:r>
      <w:proofErr w:type="spellEnd"/>
      <w:r>
        <w:t xml:space="preserve"> </w:t>
      </w:r>
      <w:proofErr w:type="spellStart"/>
      <w:r>
        <w:t>hizmeti</w:t>
      </w:r>
      <w:proofErr w:type="spellEnd"/>
      <w:r>
        <w:t xml:space="preserve"> </w:t>
      </w:r>
      <w:proofErr w:type="spellStart"/>
      <w:r>
        <w:t>organizasyonu</w:t>
      </w:r>
      <w:proofErr w:type="spellEnd"/>
    </w:p>
    <w:p w:rsidR="008918E5" w:rsidRDefault="008918E5" w:rsidP="008918E5">
      <w:r>
        <w:t xml:space="preserve">- Transfer </w:t>
      </w:r>
      <w:proofErr w:type="spellStart"/>
      <w:r>
        <w:t>ve</w:t>
      </w:r>
      <w:proofErr w:type="spellEnd"/>
      <w:r>
        <w:t xml:space="preserve"> </w:t>
      </w:r>
      <w:proofErr w:type="spellStart"/>
      <w:r>
        <w:t>lojistik</w:t>
      </w:r>
      <w:proofErr w:type="spellEnd"/>
      <w:r>
        <w:t xml:space="preserve"> </w:t>
      </w:r>
      <w:proofErr w:type="spellStart"/>
      <w:r>
        <w:t>destek</w:t>
      </w:r>
      <w:proofErr w:type="spellEnd"/>
    </w:p>
    <w:p w:rsidR="008918E5" w:rsidRDefault="008918E5" w:rsidP="008918E5">
      <w:r>
        <w:rPr>
          <w:b/>
        </w:rPr>
        <w:t>4</w:t>
      </w:r>
      <w:r w:rsidRPr="00916FB8">
        <w:rPr>
          <w:b/>
        </w:rPr>
        <w:t>.5.</w:t>
      </w:r>
      <w:r>
        <w:t xml:space="preserve"> </w:t>
      </w:r>
      <w:proofErr w:type="spellStart"/>
      <w:r>
        <w:t>Şirket</w:t>
      </w:r>
      <w:proofErr w:type="spellEnd"/>
      <w:r>
        <w:t xml:space="preserve">, </w:t>
      </w:r>
      <w:proofErr w:type="spellStart"/>
      <w:r>
        <w:t>Japonya’daki</w:t>
      </w:r>
      <w:proofErr w:type="spellEnd"/>
      <w:r>
        <w:t xml:space="preserve"> 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kuruluşunun</w:t>
      </w:r>
      <w:proofErr w:type="spellEnd"/>
      <w:r>
        <w:t xml:space="preserve"> </w:t>
      </w:r>
      <w:proofErr w:type="spellStart"/>
      <w:r>
        <w:t>sunduğu</w:t>
      </w:r>
      <w:proofErr w:type="spellEnd"/>
      <w:r>
        <w:t xml:space="preserve"> </w:t>
      </w:r>
      <w:proofErr w:type="spellStart"/>
      <w:r>
        <w:t>tıbbi</w:t>
      </w:r>
      <w:proofErr w:type="spellEnd"/>
      <w:r>
        <w:t xml:space="preserve"> </w:t>
      </w:r>
      <w:proofErr w:type="spellStart"/>
      <w:r>
        <w:t>hizmetlerin</w:t>
      </w:r>
      <w:proofErr w:type="spellEnd"/>
      <w:r>
        <w:t xml:space="preserve"> </w:t>
      </w:r>
      <w:proofErr w:type="spellStart"/>
      <w:r>
        <w:t>içeriği</w:t>
      </w:r>
      <w:proofErr w:type="spellEnd"/>
      <w:r>
        <w:t xml:space="preserve">, </w:t>
      </w:r>
      <w:proofErr w:type="spellStart"/>
      <w:r>
        <w:t>kalitesi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sonuçları</w:t>
      </w:r>
      <w:proofErr w:type="spellEnd"/>
      <w:r>
        <w:t xml:space="preserve"> </w:t>
      </w:r>
      <w:proofErr w:type="spellStart"/>
      <w:r>
        <w:t>hakkında</w:t>
      </w:r>
      <w:proofErr w:type="spellEnd"/>
      <w:r>
        <w:t xml:space="preserve"> </w:t>
      </w:r>
      <w:proofErr w:type="spellStart"/>
      <w:r>
        <w:t>herhangi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taahhütte</w:t>
      </w:r>
      <w:proofErr w:type="spellEnd"/>
      <w:r>
        <w:t xml:space="preserve"> </w:t>
      </w:r>
      <w:proofErr w:type="spellStart"/>
      <w:r>
        <w:t>bulunmaz</w:t>
      </w:r>
      <w:proofErr w:type="spellEnd"/>
      <w:r>
        <w:t>.</w:t>
      </w:r>
    </w:p>
    <w:p w:rsidR="008918E5" w:rsidRDefault="008918E5">
      <w:pPr>
        <w:rPr>
          <w:b/>
        </w:rPr>
      </w:pPr>
    </w:p>
    <w:p w:rsidR="008918E5" w:rsidRPr="00916FB8" w:rsidRDefault="008918E5" w:rsidP="008918E5">
      <w:pPr>
        <w:rPr>
          <w:b/>
        </w:rPr>
      </w:pPr>
      <w:r>
        <w:rPr>
          <w:b/>
        </w:rPr>
        <w:t>5</w:t>
      </w:r>
      <w:r w:rsidRPr="00916FB8">
        <w:rPr>
          <w:b/>
        </w:rPr>
        <w:t>. ŞİRKETİN YÜKÜMLÜLÜKLERİ</w:t>
      </w:r>
    </w:p>
    <w:p w:rsidR="008918E5" w:rsidRDefault="008918E5" w:rsidP="008918E5"/>
    <w:p w:rsidR="008918E5" w:rsidRDefault="008918E5" w:rsidP="008918E5">
      <w:r>
        <w:rPr>
          <w:b/>
        </w:rPr>
        <w:t>5</w:t>
      </w:r>
      <w:r w:rsidRPr="00916FB8">
        <w:rPr>
          <w:b/>
        </w:rPr>
        <w:t>.1.</w:t>
      </w:r>
      <w:r>
        <w:t xml:space="preserve"> </w:t>
      </w:r>
      <w:proofErr w:type="spellStart"/>
      <w:r>
        <w:t>Belgelerin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eksiksiz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kuruluşa</w:t>
      </w:r>
      <w:proofErr w:type="spellEnd"/>
      <w:r>
        <w:t xml:space="preserve"> </w:t>
      </w:r>
      <w:proofErr w:type="spellStart"/>
      <w:r>
        <w:t>iletilmesini</w:t>
      </w:r>
      <w:proofErr w:type="spellEnd"/>
      <w:r>
        <w:t xml:space="preserve"> </w:t>
      </w:r>
      <w:proofErr w:type="spellStart"/>
      <w:r>
        <w:t>sağlamak</w:t>
      </w:r>
      <w:proofErr w:type="spellEnd"/>
    </w:p>
    <w:p w:rsidR="008918E5" w:rsidRDefault="008918E5" w:rsidP="008918E5">
      <w:r>
        <w:rPr>
          <w:b/>
        </w:rPr>
        <w:t>5</w:t>
      </w:r>
      <w:r w:rsidRPr="00916FB8">
        <w:rPr>
          <w:b/>
        </w:rPr>
        <w:t>.2.</w:t>
      </w:r>
      <w:r>
        <w:t xml:space="preserve"> </w:t>
      </w:r>
      <w:proofErr w:type="spellStart"/>
      <w:r>
        <w:t>Süreci</w:t>
      </w:r>
      <w:proofErr w:type="spellEnd"/>
      <w:r>
        <w:t xml:space="preserve"> </w:t>
      </w:r>
      <w:proofErr w:type="spellStart"/>
      <w:r>
        <w:t>makul</w:t>
      </w:r>
      <w:proofErr w:type="spellEnd"/>
      <w:r>
        <w:t xml:space="preserve"> </w:t>
      </w:r>
      <w:proofErr w:type="spellStart"/>
      <w:r>
        <w:t>özen</w:t>
      </w:r>
      <w:proofErr w:type="spellEnd"/>
      <w:r>
        <w:t xml:space="preserve"> </w:t>
      </w:r>
      <w:proofErr w:type="spellStart"/>
      <w:r>
        <w:t>çerçevesinde</w:t>
      </w:r>
      <w:proofErr w:type="spellEnd"/>
      <w:r>
        <w:t xml:space="preserve"> </w:t>
      </w:r>
      <w:proofErr w:type="spellStart"/>
      <w:r>
        <w:t>yürütmek</w:t>
      </w:r>
      <w:proofErr w:type="spellEnd"/>
    </w:p>
    <w:p w:rsidR="008918E5" w:rsidRDefault="008918E5" w:rsidP="008918E5">
      <w:r>
        <w:rPr>
          <w:b/>
        </w:rPr>
        <w:t>5</w:t>
      </w:r>
      <w:r w:rsidRPr="00916FB8">
        <w:rPr>
          <w:b/>
        </w:rPr>
        <w:t>.3.</w:t>
      </w:r>
      <w:r>
        <w:t xml:space="preserve"> </w:t>
      </w:r>
      <w:proofErr w:type="spellStart"/>
      <w:r>
        <w:t>Organizasyon</w:t>
      </w:r>
      <w:proofErr w:type="spellEnd"/>
      <w:r>
        <w:t xml:space="preserve"> </w:t>
      </w:r>
      <w:proofErr w:type="spellStart"/>
      <w:r>
        <w:t>hizmetlerini</w:t>
      </w:r>
      <w:proofErr w:type="spellEnd"/>
      <w:r>
        <w:t xml:space="preserve"> </w:t>
      </w:r>
      <w:proofErr w:type="spellStart"/>
      <w:r>
        <w:t>sağlamak</w:t>
      </w:r>
      <w:proofErr w:type="spellEnd"/>
    </w:p>
    <w:p w:rsidR="008918E5" w:rsidRDefault="008918E5" w:rsidP="008918E5">
      <w:r>
        <w:rPr>
          <w:b/>
        </w:rPr>
        <w:t>5</w:t>
      </w:r>
      <w:r w:rsidRPr="00916FB8">
        <w:rPr>
          <w:b/>
        </w:rPr>
        <w:t>.4.</w:t>
      </w:r>
      <w:r>
        <w:t xml:space="preserve"> </w:t>
      </w:r>
      <w:proofErr w:type="spellStart"/>
      <w:r>
        <w:t>Hizmet</w:t>
      </w:r>
      <w:proofErr w:type="spellEnd"/>
      <w:r>
        <w:t xml:space="preserve"> </w:t>
      </w:r>
      <w:proofErr w:type="spellStart"/>
      <w:r>
        <w:t>Alan’ı</w:t>
      </w:r>
      <w:proofErr w:type="spellEnd"/>
      <w:r>
        <w:t xml:space="preserve"> </w:t>
      </w:r>
      <w:proofErr w:type="spellStart"/>
      <w:r>
        <w:t>süreç</w:t>
      </w:r>
      <w:proofErr w:type="spellEnd"/>
      <w:r>
        <w:t xml:space="preserve"> </w:t>
      </w:r>
      <w:proofErr w:type="spellStart"/>
      <w:r>
        <w:t>hakkında</w:t>
      </w:r>
      <w:proofErr w:type="spellEnd"/>
      <w:r>
        <w:t xml:space="preserve"> </w:t>
      </w:r>
      <w:proofErr w:type="spellStart"/>
      <w:r>
        <w:t>bilgilendirmek</w:t>
      </w:r>
      <w:proofErr w:type="spellEnd"/>
    </w:p>
    <w:p w:rsidR="008918E5" w:rsidRDefault="008918E5" w:rsidP="008918E5"/>
    <w:p w:rsidR="008918E5" w:rsidRPr="00916FB8" w:rsidRDefault="008918E5" w:rsidP="008918E5">
      <w:pPr>
        <w:rPr>
          <w:b/>
        </w:rPr>
      </w:pPr>
      <w:r>
        <w:rPr>
          <w:b/>
        </w:rPr>
        <w:t>6</w:t>
      </w:r>
      <w:r w:rsidRPr="00916FB8">
        <w:rPr>
          <w:b/>
        </w:rPr>
        <w:t>. HİZMET ALANIN YÜKÜMLÜLÜKLERİ</w:t>
      </w:r>
    </w:p>
    <w:p w:rsidR="008918E5" w:rsidRDefault="008918E5" w:rsidP="008918E5"/>
    <w:p w:rsidR="008918E5" w:rsidRDefault="008918E5" w:rsidP="008918E5">
      <w:r>
        <w:rPr>
          <w:b/>
        </w:rPr>
        <w:t>6</w:t>
      </w:r>
      <w:r w:rsidRPr="00916FB8">
        <w:rPr>
          <w:b/>
        </w:rPr>
        <w:t>.1.</w:t>
      </w:r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bilgilerini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eksiksiz</w:t>
      </w:r>
      <w:proofErr w:type="spellEnd"/>
      <w:r>
        <w:t xml:space="preserve"> </w:t>
      </w:r>
      <w:proofErr w:type="spellStart"/>
      <w:r>
        <w:t>sunmak</w:t>
      </w:r>
      <w:proofErr w:type="spellEnd"/>
    </w:p>
    <w:p w:rsidR="008918E5" w:rsidRDefault="008918E5" w:rsidP="008918E5">
      <w:r>
        <w:rPr>
          <w:b/>
        </w:rPr>
        <w:t>6</w:t>
      </w:r>
      <w:r w:rsidRPr="00916FB8">
        <w:rPr>
          <w:b/>
        </w:rPr>
        <w:t>.2.</w:t>
      </w:r>
      <w:r>
        <w:t xml:space="preserve"> </w:t>
      </w:r>
      <w:proofErr w:type="spellStart"/>
      <w:r>
        <w:t>Sağlanan</w:t>
      </w:r>
      <w:proofErr w:type="spellEnd"/>
      <w:r>
        <w:t xml:space="preserve"> </w:t>
      </w:r>
      <w:proofErr w:type="spellStart"/>
      <w:r>
        <w:t>bilgilerin</w:t>
      </w:r>
      <w:proofErr w:type="spellEnd"/>
      <w:r>
        <w:t xml:space="preserve"> </w:t>
      </w:r>
      <w:proofErr w:type="spellStart"/>
      <w:r>
        <w:t>doğruluğundan</w:t>
      </w:r>
      <w:proofErr w:type="spellEnd"/>
      <w:r>
        <w:t xml:space="preserve"> </w:t>
      </w:r>
      <w:proofErr w:type="spellStart"/>
      <w:r>
        <w:t>sorumlu</w:t>
      </w:r>
      <w:proofErr w:type="spellEnd"/>
      <w:r>
        <w:t xml:space="preserve"> </w:t>
      </w:r>
      <w:proofErr w:type="spellStart"/>
      <w:r>
        <w:t>olmak</w:t>
      </w:r>
      <w:proofErr w:type="spellEnd"/>
    </w:p>
    <w:p w:rsidR="008918E5" w:rsidRDefault="008918E5" w:rsidP="008918E5">
      <w:r>
        <w:rPr>
          <w:b/>
        </w:rPr>
        <w:t>6</w:t>
      </w:r>
      <w:r w:rsidRPr="00916FB8">
        <w:rPr>
          <w:b/>
        </w:rPr>
        <w:t>.3.</w:t>
      </w:r>
      <w:r>
        <w:t xml:space="preserve"> </w:t>
      </w:r>
      <w:proofErr w:type="spellStart"/>
      <w:r>
        <w:t>Pasaport</w:t>
      </w:r>
      <w:proofErr w:type="spellEnd"/>
      <w:r>
        <w:t xml:space="preserve">, </w:t>
      </w:r>
      <w:proofErr w:type="spellStart"/>
      <w:r>
        <w:t>vize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işlemleri</w:t>
      </w:r>
      <w:proofErr w:type="spellEnd"/>
      <w:r>
        <w:t xml:space="preserve"> </w:t>
      </w:r>
      <w:proofErr w:type="spellStart"/>
      <w:r>
        <w:t>yerine</w:t>
      </w:r>
      <w:proofErr w:type="spellEnd"/>
      <w:r>
        <w:t xml:space="preserve"> </w:t>
      </w:r>
      <w:proofErr w:type="spellStart"/>
      <w:r>
        <w:t>getirmek</w:t>
      </w:r>
      <w:proofErr w:type="spellEnd"/>
      <w:r>
        <w:t xml:space="preserve"> (</w:t>
      </w:r>
      <w:proofErr w:type="spellStart"/>
      <w:r>
        <w:t>aksi</w:t>
      </w:r>
      <w:proofErr w:type="spellEnd"/>
      <w:r>
        <w:t xml:space="preserve"> </w:t>
      </w:r>
      <w:proofErr w:type="spellStart"/>
      <w:r>
        <w:t>kararlaştırılmadıkça</w:t>
      </w:r>
      <w:proofErr w:type="spellEnd"/>
      <w:r>
        <w:t>)</w:t>
      </w:r>
    </w:p>
    <w:p w:rsidR="008918E5" w:rsidRDefault="008918E5" w:rsidP="008918E5">
      <w:r>
        <w:rPr>
          <w:b/>
        </w:rPr>
        <w:t>6</w:t>
      </w:r>
      <w:r w:rsidRPr="00916FB8">
        <w:rPr>
          <w:b/>
        </w:rPr>
        <w:t>.4.</w:t>
      </w:r>
      <w:r>
        <w:t xml:space="preserve"> </w:t>
      </w:r>
      <w:proofErr w:type="spellStart"/>
      <w:r>
        <w:t>Ücretleri</w:t>
      </w:r>
      <w:proofErr w:type="spellEnd"/>
      <w:r>
        <w:t xml:space="preserve"> </w:t>
      </w:r>
      <w:proofErr w:type="spellStart"/>
      <w:r>
        <w:t>zamanında</w:t>
      </w:r>
      <w:proofErr w:type="spellEnd"/>
      <w:r>
        <w:t xml:space="preserve"> </w:t>
      </w:r>
      <w:proofErr w:type="spellStart"/>
      <w:r>
        <w:t>ödemek</w:t>
      </w:r>
      <w:proofErr w:type="spellEnd"/>
    </w:p>
    <w:p w:rsidR="008918E5" w:rsidRDefault="008918E5">
      <w:pPr>
        <w:rPr>
          <w:b/>
        </w:rPr>
      </w:pPr>
    </w:p>
    <w:p w:rsidR="007E59A5" w:rsidRDefault="008918E5">
      <w:r>
        <w:rPr>
          <w:b/>
        </w:rPr>
        <w:t>7</w:t>
      </w:r>
      <w:r w:rsidR="004C226C">
        <w:rPr>
          <w:b/>
        </w:rPr>
        <w:t xml:space="preserve">. ÜCRET </w:t>
      </w:r>
      <w:proofErr w:type="spellStart"/>
      <w:r w:rsidR="004C226C">
        <w:rPr>
          <w:b/>
        </w:rPr>
        <w:t>ve</w:t>
      </w:r>
      <w:proofErr w:type="spellEnd"/>
      <w:r w:rsidR="004C226C">
        <w:rPr>
          <w:b/>
        </w:rPr>
        <w:t xml:space="preserve"> İADE</w:t>
      </w:r>
    </w:p>
    <w:p w:rsidR="007E59A5" w:rsidRDefault="004C226C">
      <w:r>
        <w:lastRenderedPageBreak/>
        <w:t xml:space="preserve">Aracılık hizmet bedeli: </w:t>
      </w:r>
    </w:p>
    <w:p w:rsidR="008918E5" w:rsidRDefault="008918E5" w:rsidP="008918E5">
      <w:r>
        <w:t xml:space="preserve">Banka </w:t>
      </w:r>
      <w:proofErr w:type="spellStart"/>
      <w:r>
        <w:t>Hesap</w:t>
      </w:r>
      <w:proofErr w:type="spellEnd"/>
      <w:r>
        <w:t xml:space="preserve"> </w:t>
      </w:r>
      <w:proofErr w:type="spellStart"/>
      <w:r>
        <w:t>Bilgileri</w:t>
      </w:r>
      <w:proofErr w:type="spellEnd"/>
      <w:r>
        <w:t>;</w:t>
      </w:r>
    </w:p>
    <w:p w:rsidR="008918E5" w:rsidRDefault="008918E5" w:rsidP="008918E5"/>
    <w:p w:rsidR="008918E5" w:rsidRDefault="004C226C" w:rsidP="004C226C">
      <w:pPr>
        <w:jc w:val="both"/>
      </w:pPr>
      <w:proofErr w:type="spellStart"/>
      <w:r>
        <w:t>Hizmet</w:t>
      </w:r>
      <w:proofErr w:type="spellEnd"/>
      <w:r>
        <w:t xml:space="preserve"> Alan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ödenen</w:t>
      </w:r>
      <w:proofErr w:type="spellEnd"/>
      <w:r>
        <w:t xml:space="preserve"> </w:t>
      </w:r>
      <w:proofErr w:type="spellStart"/>
      <w:r>
        <w:t>toplam</w:t>
      </w:r>
      <w:proofErr w:type="spellEnd"/>
      <w:r>
        <w:t xml:space="preserve"> </w:t>
      </w:r>
      <w:proofErr w:type="spellStart"/>
      <w:r>
        <w:t>bedelin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kısmı</w:t>
      </w:r>
      <w:proofErr w:type="spellEnd"/>
      <w:r>
        <w:t xml:space="preserve">, yurt </w:t>
      </w:r>
      <w:proofErr w:type="spellStart"/>
      <w:r>
        <w:t>dışındaki</w:t>
      </w:r>
      <w:proofErr w:type="spellEnd"/>
      <w:r>
        <w:t xml:space="preserve"> 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kuruluşuna</w:t>
      </w:r>
      <w:proofErr w:type="spellEnd"/>
      <w:r>
        <w:t xml:space="preserve"> </w:t>
      </w:r>
      <w:proofErr w:type="spellStart"/>
      <w:r>
        <w:t>aktarılmak</w:t>
      </w:r>
      <w:proofErr w:type="spellEnd"/>
      <w:r>
        <w:t xml:space="preserve"> </w:t>
      </w:r>
      <w:proofErr w:type="spellStart"/>
      <w:r>
        <w:t>üzere</w:t>
      </w:r>
      <w:proofErr w:type="spellEnd"/>
      <w:r>
        <w:t xml:space="preserve"> </w:t>
      </w:r>
      <w:proofErr w:type="spellStart"/>
      <w:r>
        <w:t>Şirket</w:t>
      </w:r>
      <w:proofErr w:type="spellEnd"/>
      <w:r>
        <w:t xml:space="preserve"> </w:t>
      </w:r>
      <w:proofErr w:type="spellStart"/>
      <w:r>
        <w:t>nezdinde</w:t>
      </w:r>
      <w:proofErr w:type="spellEnd"/>
      <w:r>
        <w:t xml:space="preserve"> </w:t>
      </w:r>
      <w:proofErr w:type="spellStart"/>
      <w:r>
        <w:t>emanet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tutulur</w:t>
      </w:r>
      <w:proofErr w:type="spellEnd"/>
      <w:r>
        <w:t xml:space="preserve">. Bu </w:t>
      </w:r>
      <w:proofErr w:type="spellStart"/>
      <w:r>
        <w:t>tutar</w:t>
      </w:r>
      <w:proofErr w:type="spellEnd"/>
      <w:r>
        <w:t xml:space="preserve"> </w:t>
      </w:r>
      <w:proofErr w:type="spellStart"/>
      <w:r>
        <w:t>Şirket’in</w:t>
      </w:r>
      <w:proofErr w:type="spellEnd"/>
      <w:r>
        <w:t xml:space="preserve"> </w:t>
      </w:r>
      <w:proofErr w:type="spellStart"/>
      <w:r>
        <w:t>geliri</w:t>
      </w:r>
      <w:proofErr w:type="spellEnd"/>
      <w:r>
        <w:t xml:space="preserve"> </w:t>
      </w:r>
      <w:proofErr w:type="spellStart"/>
      <w:r>
        <w:t>olmayıp</w:t>
      </w:r>
      <w:proofErr w:type="spellEnd"/>
      <w:r>
        <w:t xml:space="preserve">, </w:t>
      </w:r>
      <w:proofErr w:type="spellStart"/>
      <w:r>
        <w:t>Şirket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bedel</w:t>
      </w:r>
      <w:proofErr w:type="spellEnd"/>
      <w:r>
        <w:t xml:space="preserve"> </w:t>
      </w:r>
      <w:proofErr w:type="spellStart"/>
      <w:r>
        <w:t>üzerinde</w:t>
      </w:r>
      <w:proofErr w:type="spellEnd"/>
      <w:r>
        <w:t xml:space="preserve"> </w:t>
      </w:r>
      <w:proofErr w:type="spellStart"/>
      <w:r>
        <w:t>tasarruf</w:t>
      </w:r>
      <w:proofErr w:type="spellEnd"/>
      <w:r>
        <w:t xml:space="preserve"> </w:t>
      </w:r>
      <w:proofErr w:type="spellStart"/>
      <w:r>
        <w:t>yetkisine</w:t>
      </w:r>
      <w:proofErr w:type="spellEnd"/>
      <w:r>
        <w:t xml:space="preserve"> </w:t>
      </w:r>
      <w:proofErr w:type="spellStart"/>
      <w:r>
        <w:t>sahip</w:t>
      </w:r>
      <w:proofErr w:type="spellEnd"/>
      <w:r>
        <w:t xml:space="preserve"> </w:t>
      </w:r>
      <w:proofErr w:type="spellStart"/>
      <w:r>
        <w:t>değildir</w:t>
      </w:r>
      <w:proofErr w:type="spellEnd"/>
      <w:r>
        <w:t>.</w:t>
      </w:r>
    </w:p>
    <w:p w:rsidR="004C226C" w:rsidRDefault="004C226C" w:rsidP="004C226C">
      <w:pPr>
        <w:jc w:val="both"/>
        <w:rPr>
          <w:b/>
        </w:rPr>
      </w:pPr>
      <w:proofErr w:type="spellStart"/>
      <w:r>
        <w:t>Hizmet</w:t>
      </w:r>
      <w:proofErr w:type="spellEnd"/>
      <w:r>
        <w:t xml:space="preserve"> </w:t>
      </w:r>
      <w:proofErr w:type="spellStart"/>
      <w:r>
        <w:t>Alan’ın</w:t>
      </w:r>
      <w:proofErr w:type="spellEnd"/>
      <w:r>
        <w:t xml:space="preserve">, </w:t>
      </w:r>
      <w:proofErr w:type="spellStart"/>
      <w:r>
        <w:t>Şirket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sağlanacak</w:t>
      </w:r>
      <w:proofErr w:type="spellEnd"/>
      <w:r>
        <w:t xml:space="preserve"> </w:t>
      </w:r>
      <w:proofErr w:type="spellStart"/>
      <w:r>
        <w:t>hizmet</w:t>
      </w:r>
      <w:r w:rsidR="00B74D99">
        <w:t>i</w:t>
      </w:r>
      <w:bookmarkStart w:id="0" w:name="_GoBack"/>
      <w:bookmarkEnd w:id="0"/>
      <w:proofErr w:type="spellEnd"/>
      <w:r>
        <w:t xml:space="preserve"> </w:t>
      </w:r>
      <w:proofErr w:type="spellStart"/>
      <w:r>
        <w:t>kabul</w:t>
      </w:r>
      <w:proofErr w:type="spellEnd"/>
      <w:r>
        <w:t xml:space="preserve"> </w:t>
      </w:r>
      <w:proofErr w:type="spellStart"/>
      <w:r>
        <w:t>etmesi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hizmet</w:t>
      </w:r>
      <w:proofErr w:type="spellEnd"/>
      <w:r>
        <w:t xml:space="preserve"> </w:t>
      </w:r>
      <w:proofErr w:type="spellStart"/>
      <w:r>
        <w:t>bedelini</w:t>
      </w:r>
      <w:proofErr w:type="spellEnd"/>
      <w:r>
        <w:t xml:space="preserve"> </w:t>
      </w:r>
      <w:proofErr w:type="spellStart"/>
      <w:r>
        <w:t>ödemesinden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</w:t>
      </w:r>
      <w:proofErr w:type="spellStart"/>
      <w:r>
        <w:t>Şirket’in</w:t>
      </w:r>
      <w:proofErr w:type="spellEnd"/>
      <w:r>
        <w:t xml:space="preserve"> </w:t>
      </w:r>
      <w:proofErr w:type="spellStart"/>
      <w:r>
        <w:t>kusurundan</w:t>
      </w:r>
      <w:proofErr w:type="spellEnd"/>
      <w:r>
        <w:t xml:space="preserve"> </w:t>
      </w:r>
      <w:proofErr w:type="spellStart"/>
      <w:r>
        <w:t>kaynaklanmayan</w:t>
      </w:r>
      <w:proofErr w:type="spellEnd"/>
      <w:r>
        <w:t xml:space="preserve"> </w:t>
      </w:r>
      <w:proofErr w:type="spellStart"/>
      <w:r>
        <w:t>sebeplerle</w:t>
      </w:r>
      <w:proofErr w:type="spellEnd"/>
      <w:r>
        <w:t xml:space="preserve"> </w:t>
      </w:r>
      <w:proofErr w:type="spellStart"/>
      <w:r>
        <w:t>işbu</w:t>
      </w:r>
      <w:proofErr w:type="spellEnd"/>
      <w:r>
        <w:t xml:space="preserve"> </w:t>
      </w:r>
      <w:proofErr w:type="spellStart"/>
      <w:r>
        <w:t>Sözleşme’yi</w:t>
      </w:r>
      <w:proofErr w:type="spellEnd"/>
      <w:r>
        <w:t xml:space="preserve"> </w:t>
      </w:r>
      <w:proofErr w:type="spellStart"/>
      <w:r>
        <w:t>feshettiğini</w:t>
      </w:r>
      <w:proofErr w:type="spellEnd"/>
      <w:r>
        <w:t xml:space="preserve"> </w:t>
      </w:r>
      <w:proofErr w:type="spellStart"/>
      <w:r>
        <w:t>noter</w:t>
      </w:r>
      <w:proofErr w:type="spellEnd"/>
      <w:r>
        <w:t xml:space="preserve"> </w:t>
      </w:r>
      <w:proofErr w:type="spellStart"/>
      <w:r>
        <w:t>kanalıyla</w:t>
      </w:r>
      <w:proofErr w:type="spellEnd"/>
      <w:r>
        <w:t xml:space="preserve"> </w:t>
      </w:r>
      <w:proofErr w:type="spellStart"/>
      <w:r>
        <w:t>Şirket’e</w:t>
      </w:r>
      <w:proofErr w:type="spellEnd"/>
      <w:r>
        <w:t xml:space="preserve"> </w:t>
      </w:r>
      <w:proofErr w:type="spellStart"/>
      <w:r>
        <w:t>bildirmesi</w:t>
      </w:r>
      <w:proofErr w:type="spellEnd"/>
      <w:r>
        <w:t xml:space="preserve"> </w:t>
      </w:r>
      <w:proofErr w:type="spellStart"/>
      <w:r>
        <w:t>halinde</w:t>
      </w:r>
      <w:proofErr w:type="spellEnd"/>
      <w:r>
        <w:t xml:space="preserve"> </w:t>
      </w:r>
      <w:proofErr w:type="spellStart"/>
      <w:r>
        <w:t>ücret</w:t>
      </w:r>
      <w:proofErr w:type="spellEnd"/>
      <w:r>
        <w:t xml:space="preserve"> </w:t>
      </w:r>
      <w:proofErr w:type="spellStart"/>
      <w:r>
        <w:t>iadesi</w:t>
      </w:r>
      <w:proofErr w:type="spellEnd"/>
      <w:r>
        <w:t xml:space="preserve"> </w:t>
      </w:r>
      <w:proofErr w:type="spellStart"/>
      <w:r>
        <w:t>yapılmayacaktır</w:t>
      </w:r>
      <w:proofErr w:type="spellEnd"/>
      <w:r>
        <w:t xml:space="preserve">. </w:t>
      </w:r>
      <w:proofErr w:type="spellStart"/>
      <w:r>
        <w:t>Hizmet</w:t>
      </w:r>
      <w:proofErr w:type="spellEnd"/>
      <w:r>
        <w:t xml:space="preserve"> Alan </w:t>
      </w:r>
      <w:proofErr w:type="spellStart"/>
      <w:r>
        <w:t>kendisine</w:t>
      </w:r>
      <w:proofErr w:type="spellEnd"/>
      <w:r>
        <w:t xml:space="preserve"> </w:t>
      </w:r>
      <w:proofErr w:type="spellStart"/>
      <w:r>
        <w:t>ücret</w:t>
      </w:r>
      <w:proofErr w:type="spellEnd"/>
      <w:r>
        <w:t xml:space="preserve"> </w:t>
      </w:r>
      <w:proofErr w:type="spellStart"/>
      <w:r>
        <w:t>iadesi</w:t>
      </w:r>
      <w:proofErr w:type="spellEnd"/>
      <w:r>
        <w:t xml:space="preserve"> </w:t>
      </w:r>
      <w:proofErr w:type="spellStart"/>
      <w:r>
        <w:t>yapılmayacağını</w:t>
      </w:r>
      <w:proofErr w:type="spellEnd"/>
      <w:r>
        <w:t xml:space="preserve"> </w:t>
      </w:r>
      <w:proofErr w:type="spellStart"/>
      <w:r>
        <w:t>kabul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taahhüt</w:t>
      </w:r>
      <w:proofErr w:type="spellEnd"/>
      <w:r>
        <w:t xml:space="preserve"> </w:t>
      </w:r>
      <w:proofErr w:type="spellStart"/>
      <w:r>
        <w:t>eder</w:t>
      </w:r>
      <w:proofErr w:type="spellEnd"/>
      <w:r>
        <w:t>.</w:t>
      </w:r>
    </w:p>
    <w:p w:rsidR="004C226C" w:rsidRDefault="004C226C" w:rsidP="008918E5">
      <w:pPr>
        <w:rPr>
          <w:b/>
        </w:rPr>
      </w:pPr>
    </w:p>
    <w:p w:rsidR="008918E5" w:rsidRPr="00916FB8" w:rsidRDefault="008918E5" w:rsidP="008918E5">
      <w:pPr>
        <w:rPr>
          <w:b/>
        </w:rPr>
      </w:pPr>
      <w:r>
        <w:rPr>
          <w:b/>
        </w:rPr>
        <w:t>8</w:t>
      </w:r>
      <w:r w:rsidRPr="00916FB8">
        <w:rPr>
          <w:b/>
        </w:rPr>
        <w:t>. SORUMLULUĞUN SINIRLANDIRILMASI</w:t>
      </w:r>
    </w:p>
    <w:p w:rsidR="008918E5" w:rsidRDefault="008918E5" w:rsidP="008918E5"/>
    <w:p w:rsidR="008918E5" w:rsidRDefault="008918E5" w:rsidP="008918E5">
      <w:r>
        <w:rPr>
          <w:b/>
        </w:rPr>
        <w:t>8</w:t>
      </w:r>
      <w:r w:rsidRPr="00916FB8">
        <w:rPr>
          <w:b/>
        </w:rPr>
        <w:t>.1.</w:t>
      </w:r>
      <w:r>
        <w:t xml:space="preserve"> </w:t>
      </w:r>
      <w:proofErr w:type="spellStart"/>
      <w:r>
        <w:t>Şirket</w:t>
      </w:r>
      <w:proofErr w:type="spellEnd"/>
      <w:r>
        <w:t xml:space="preserve">, </w:t>
      </w:r>
      <w:proofErr w:type="spellStart"/>
      <w:r>
        <w:t>tıbbi</w:t>
      </w:r>
      <w:proofErr w:type="spellEnd"/>
      <w:r>
        <w:t xml:space="preserve"> </w:t>
      </w:r>
      <w:proofErr w:type="spellStart"/>
      <w:r>
        <w:t>hizmet</w:t>
      </w:r>
      <w:proofErr w:type="spellEnd"/>
      <w:r>
        <w:t xml:space="preserve"> </w:t>
      </w:r>
      <w:proofErr w:type="spellStart"/>
      <w:r>
        <w:t>sunmadığından</w:t>
      </w:r>
      <w:proofErr w:type="spellEnd"/>
      <w:r>
        <w:t xml:space="preserve"> </w:t>
      </w:r>
      <w:proofErr w:type="spellStart"/>
      <w:r>
        <w:t>tedavi</w:t>
      </w:r>
      <w:proofErr w:type="spellEnd"/>
      <w:r>
        <w:t xml:space="preserve"> </w:t>
      </w:r>
      <w:proofErr w:type="spellStart"/>
      <w:r>
        <w:t>sonuçlarından</w:t>
      </w:r>
      <w:proofErr w:type="spellEnd"/>
      <w:r>
        <w:t xml:space="preserve"> </w:t>
      </w:r>
      <w:proofErr w:type="spellStart"/>
      <w:r>
        <w:t>sorumlu</w:t>
      </w:r>
      <w:proofErr w:type="spellEnd"/>
      <w:r>
        <w:t xml:space="preserve"> </w:t>
      </w:r>
      <w:proofErr w:type="spellStart"/>
      <w:r>
        <w:t>değildir</w:t>
      </w:r>
      <w:proofErr w:type="spellEnd"/>
      <w:r>
        <w:t>.</w:t>
      </w:r>
    </w:p>
    <w:p w:rsidR="008918E5" w:rsidRDefault="008918E5" w:rsidP="008918E5">
      <w:r>
        <w:rPr>
          <w:b/>
        </w:rPr>
        <w:t>8</w:t>
      </w:r>
      <w:r w:rsidRPr="00916FB8">
        <w:rPr>
          <w:b/>
        </w:rPr>
        <w:t>.2.</w:t>
      </w:r>
      <w:r>
        <w:t xml:space="preserve"> </w:t>
      </w:r>
      <w:proofErr w:type="spellStart"/>
      <w:r>
        <w:t>Japonya’daki</w:t>
      </w:r>
      <w:proofErr w:type="spellEnd"/>
      <w:r>
        <w:t xml:space="preserve"> 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kuruluşunun</w:t>
      </w:r>
      <w:proofErr w:type="spellEnd"/>
      <w:r>
        <w:t xml:space="preserve"> </w:t>
      </w:r>
      <w:proofErr w:type="spellStart"/>
      <w:r>
        <w:t>eylem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işlemlerinden</w:t>
      </w:r>
      <w:proofErr w:type="spellEnd"/>
      <w:r>
        <w:t xml:space="preserve"> </w:t>
      </w:r>
      <w:proofErr w:type="spellStart"/>
      <w:r>
        <w:t>Şirket</w:t>
      </w:r>
      <w:proofErr w:type="spellEnd"/>
      <w:r>
        <w:t xml:space="preserve"> </w:t>
      </w:r>
      <w:proofErr w:type="spellStart"/>
      <w:r>
        <w:t>sorumlu</w:t>
      </w:r>
      <w:proofErr w:type="spellEnd"/>
      <w:r>
        <w:t xml:space="preserve"> </w:t>
      </w:r>
      <w:proofErr w:type="spellStart"/>
      <w:r>
        <w:t>tutulamaz</w:t>
      </w:r>
      <w:proofErr w:type="spellEnd"/>
      <w:r>
        <w:t>.</w:t>
      </w:r>
    </w:p>
    <w:p w:rsidR="008918E5" w:rsidRDefault="008918E5" w:rsidP="008918E5">
      <w:r>
        <w:rPr>
          <w:b/>
        </w:rPr>
        <w:t>8</w:t>
      </w:r>
      <w:r w:rsidRPr="00916FB8">
        <w:rPr>
          <w:b/>
        </w:rPr>
        <w:t>.3.</w:t>
      </w:r>
      <w:r>
        <w:t xml:space="preserve"> </w:t>
      </w:r>
      <w:proofErr w:type="spellStart"/>
      <w:r>
        <w:t>Vize</w:t>
      </w:r>
      <w:proofErr w:type="spellEnd"/>
      <w:r>
        <w:t xml:space="preserve"> </w:t>
      </w:r>
      <w:proofErr w:type="spellStart"/>
      <w:r>
        <w:t>reddi</w:t>
      </w:r>
      <w:proofErr w:type="spellEnd"/>
      <w:r>
        <w:t xml:space="preserve">, </w:t>
      </w:r>
      <w:proofErr w:type="spellStart"/>
      <w:r>
        <w:t>uçuş</w:t>
      </w:r>
      <w:proofErr w:type="spellEnd"/>
      <w:r>
        <w:t xml:space="preserve"> </w:t>
      </w:r>
      <w:proofErr w:type="spellStart"/>
      <w:r>
        <w:t>iptali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mücbir</w:t>
      </w:r>
      <w:proofErr w:type="spellEnd"/>
      <w:r>
        <w:t xml:space="preserve"> </w:t>
      </w:r>
      <w:proofErr w:type="spellStart"/>
      <w:r>
        <w:t>sebeplerden</w:t>
      </w:r>
      <w:proofErr w:type="spellEnd"/>
      <w:r>
        <w:t xml:space="preserve"> </w:t>
      </w:r>
      <w:proofErr w:type="spellStart"/>
      <w:r>
        <w:t>doğan</w:t>
      </w:r>
      <w:proofErr w:type="spellEnd"/>
      <w:r>
        <w:t xml:space="preserve"> </w:t>
      </w:r>
      <w:proofErr w:type="spellStart"/>
      <w:r>
        <w:t>aksaklıklardan</w:t>
      </w:r>
      <w:proofErr w:type="spellEnd"/>
      <w:r>
        <w:t xml:space="preserve"> </w:t>
      </w:r>
      <w:proofErr w:type="spellStart"/>
      <w:r>
        <w:t>Şirket</w:t>
      </w:r>
      <w:proofErr w:type="spellEnd"/>
      <w:r>
        <w:t xml:space="preserve"> </w:t>
      </w:r>
      <w:proofErr w:type="spellStart"/>
      <w:r>
        <w:t>sorumlu</w:t>
      </w:r>
      <w:proofErr w:type="spellEnd"/>
      <w:r>
        <w:t xml:space="preserve"> </w:t>
      </w:r>
      <w:proofErr w:type="spellStart"/>
      <w:r>
        <w:t>değildir</w:t>
      </w:r>
      <w:proofErr w:type="spellEnd"/>
      <w:r>
        <w:t>.</w:t>
      </w:r>
    </w:p>
    <w:p w:rsidR="008918E5" w:rsidRDefault="008918E5" w:rsidP="008918E5"/>
    <w:p w:rsidR="008918E5" w:rsidRPr="00916FB8" w:rsidRDefault="008918E5" w:rsidP="008918E5">
      <w:pPr>
        <w:rPr>
          <w:b/>
        </w:rPr>
      </w:pPr>
      <w:r>
        <w:rPr>
          <w:b/>
        </w:rPr>
        <w:t>9</w:t>
      </w:r>
      <w:r w:rsidRPr="00916FB8">
        <w:rPr>
          <w:b/>
        </w:rPr>
        <w:t>. KİŞİSEL VERİLER</w:t>
      </w:r>
    </w:p>
    <w:p w:rsidR="008918E5" w:rsidRDefault="008918E5" w:rsidP="008918E5"/>
    <w:p w:rsidR="008918E5" w:rsidRDefault="008918E5" w:rsidP="008918E5">
      <w:r>
        <w:rPr>
          <w:b/>
        </w:rPr>
        <w:t>9</w:t>
      </w:r>
      <w:r w:rsidRPr="00916FB8">
        <w:rPr>
          <w:b/>
        </w:rPr>
        <w:t>.1.</w:t>
      </w:r>
      <w:r>
        <w:t xml:space="preserve"> </w:t>
      </w:r>
      <w:proofErr w:type="spellStart"/>
      <w:r>
        <w:t>Hizmet</w:t>
      </w:r>
      <w:proofErr w:type="spellEnd"/>
      <w:r>
        <w:t xml:space="preserve"> Alan, 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verileri</w:t>
      </w:r>
      <w:proofErr w:type="spellEnd"/>
      <w:r>
        <w:t xml:space="preserve"> </w:t>
      </w:r>
      <w:proofErr w:type="spellStart"/>
      <w:r>
        <w:t>dahil</w:t>
      </w:r>
      <w:proofErr w:type="spellEnd"/>
      <w:r>
        <w:t xml:space="preserve"> </w:t>
      </w:r>
      <w:proofErr w:type="spellStart"/>
      <w:r>
        <w:t>olmak</w:t>
      </w:r>
      <w:proofErr w:type="spellEnd"/>
      <w:r>
        <w:t xml:space="preserve"> </w:t>
      </w:r>
      <w:proofErr w:type="spellStart"/>
      <w:r>
        <w:t>üzere</w:t>
      </w:r>
      <w:proofErr w:type="spellEnd"/>
      <w:r>
        <w:t xml:space="preserve"> </w:t>
      </w:r>
      <w:proofErr w:type="spellStart"/>
      <w:r>
        <w:t>kişisel</w:t>
      </w:r>
      <w:proofErr w:type="spellEnd"/>
      <w:r>
        <w:t xml:space="preserve"> </w:t>
      </w:r>
      <w:proofErr w:type="spellStart"/>
      <w:r>
        <w:t>verilerinin</w:t>
      </w:r>
      <w:proofErr w:type="spellEnd"/>
      <w:r>
        <w:t xml:space="preserve"> yurt </w:t>
      </w:r>
      <w:proofErr w:type="spellStart"/>
      <w:r>
        <w:t>dışına</w:t>
      </w:r>
      <w:proofErr w:type="spellEnd"/>
      <w:r>
        <w:t xml:space="preserve"> </w:t>
      </w:r>
      <w:proofErr w:type="spellStart"/>
      <w:r>
        <w:t>aktarılmasına</w:t>
      </w:r>
      <w:proofErr w:type="spellEnd"/>
      <w:r>
        <w:t xml:space="preserve"> </w:t>
      </w:r>
      <w:proofErr w:type="spellStart"/>
      <w:r>
        <w:t>açık</w:t>
      </w:r>
      <w:proofErr w:type="spellEnd"/>
      <w:r>
        <w:t xml:space="preserve"> </w:t>
      </w:r>
      <w:proofErr w:type="spellStart"/>
      <w:r>
        <w:t>rıza</w:t>
      </w:r>
      <w:proofErr w:type="spellEnd"/>
      <w:r>
        <w:t xml:space="preserve"> </w:t>
      </w:r>
      <w:proofErr w:type="spellStart"/>
      <w:r>
        <w:t>verdiğini</w:t>
      </w:r>
      <w:proofErr w:type="spellEnd"/>
      <w:r>
        <w:t xml:space="preserve"> </w:t>
      </w:r>
      <w:proofErr w:type="spellStart"/>
      <w:r>
        <w:t>kabul</w:t>
      </w:r>
      <w:proofErr w:type="spellEnd"/>
      <w:r>
        <w:t xml:space="preserve"> </w:t>
      </w:r>
      <w:proofErr w:type="spellStart"/>
      <w:r>
        <w:t>eder</w:t>
      </w:r>
      <w:proofErr w:type="spellEnd"/>
      <w:r>
        <w:t>.</w:t>
      </w:r>
    </w:p>
    <w:p w:rsidR="008918E5" w:rsidRDefault="008918E5" w:rsidP="008918E5">
      <w:r>
        <w:rPr>
          <w:b/>
        </w:rPr>
        <w:t>9</w:t>
      </w:r>
      <w:r w:rsidRPr="00916FB8">
        <w:rPr>
          <w:b/>
        </w:rPr>
        <w:t>.2.</w:t>
      </w:r>
      <w:r>
        <w:t xml:space="preserve"> </w:t>
      </w:r>
      <w:proofErr w:type="spellStart"/>
      <w:r>
        <w:t>Veriler</w:t>
      </w:r>
      <w:proofErr w:type="spellEnd"/>
      <w:r>
        <w:t xml:space="preserve"> </w:t>
      </w:r>
      <w:proofErr w:type="spellStart"/>
      <w:r>
        <w:t>yalnızca</w:t>
      </w:r>
      <w:proofErr w:type="spellEnd"/>
      <w:r>
        <w:t xml:space="preserve"> </w:t>
      </w:r>
      <w:proofErr w:type="spellStart"/>
      <w:r>
        <w:t>hizmetin</w:t>
      </w:r>
      <w:proofErr w:type="spellEnd"/>
      <w:r>
        <w:t xml:space="preserve"> </w:t>
      </w:r>
      <w:proofErr w:type="spellStart"/>
      <w:r>
        <w:t>ifası</w:t>
      </w:r>
      <w:proofErr w:type="spellEnd"/>
      <w:r>
        <w:t xml:space="preserve"> </w:t>
      </w:r>
      <w:proofErr w:type="spellStart"/>
      <w:r>
        <w:t>amacıyla</w:t>
      </w:r>
      <w:proofErr w:type="spellEnd"/>
      <w:r>
        <w:t xml:space="preserve"> </w:t>
      </w:r>
      <w:proofErr w:type="spellStart"/>
      <w:r>
        <w:t>kullanılacaktır</w:t>
      </w:r>
      <w:proofErr w:type="spellEnd"/>
      <w:r>
        <w:t>.</w:t>
      </w:r>
    </w:p>
    <w:p w:rsidR="008918E5" w:rsidRDefault="008918E5" w:rsidP="008918E5"/>
    <w:p w:rsidR="008918E5" w:rsidRPr="00916FB8" w:rsidRDefault="008918E5" w:rsidP="008918E5">
      <w:pPr>
        <w:rPr>
          <w:b/>
        </w:rPr>
      </w:pPr>
      <w:r>
        <w:rPr>
          <w:b/>
        </w:rPr>
        <w:t>10</w:t>
      </w:r>
      <w:r w:rsidRPr="00916FB8">
        <w:rPr>
          <w:b/>
        </w:rPr>
        <w:t>. SÖZLEŞMENİN SÜRESİ VE FESİH</w:t>
      </w:r>
    </w:p>
    <w:p w:rsidR="008918E5" w:rsidRDefault="008918E5" w:rsidP="008918E5"/>
    <w:p w:rsidR="008918E5" w:rsidRDefault="008918E5" w:rsidP="008918E5">
      <w:r>
        <w:rPr>
          <w:b/>
        </w:rPr>
        <w:t>10</w:t>
      </w:r>
      <w:r w:rsidRPr="00916FB8">
        <w:rPr>
          <w:b/>
        </w:rPr>
        <w:t>.1.</w:t>
      </w:r>
      <w:r>
        <w:t xml:space="preserve"> </w:t>
      </w:r>
      <w:proofErr w:type="spellStart"/>
      <w:r>
        <w:t>İşbu</w:t>
      </w:r>
      <w:proofErr w:type="spellEnd"/>
      <w:r>
        <w:t xml:space="preserve"> </w:t>
      </w:r>
      <w:proofErr w:type="spellStart"/>
      <w:r>
        <w:t>sözleşme</w:t>
      </w:r>
      <w:proofErr w:type="spellEnd"/>
      <w:r>
        <w:t xml:space="preserve"> </w:t>
      </w:r>
      <w:proofErr w:type="spellStart"/>
      <w:r>
        <w:t>imza</w:t>
      </w:r>
      <w:proofErr w:type="spellEnd"/>
      <w:r>
        <w:t xml:space="preserve"> </w:t>
      </w:r>
      <w:proofErr w:type="spellStart"/>
      <w:r>
        <w:t>tarihinde</w:t>
      </w:r>
      <w:proofErr w:type="spellEnd"/>
      <w:r>
        <w:t xml:space="preserve"> </w:t>
      </w:r>
      <w:proofErr w:type="spellStart"/>
      <w:r>
        <w:t>yürürlüğe</w:t>
      </w:r>
      <w:proofErr w:type="spellEnd"/>
      <w:r>
        <w:t xml:space="preserve"> </w:t>
      </w:r>
      <w:proofErr w:type="spellStart"/>
      <w:r>
        <w:t>girer</w:t>
      </w:r>
      <w:proofErr w:type="spellEnd"/>
      <w:r>
        <w:t>.</w:t>
      </w:r>
    </w:p>
    <w:p w:rsidR="008918E5" w:rsidRDefault="008918E5" w:rsidP="008918E5">
      <w:r>
        <w:rPr>
          <w:b/>
        </w:rPr>
        <w:t>10</w:t>
      </w:r>
      <w:r w:rsidRPr="00916FB8">
        <w:rPr>
          <w:b/>
        </w:rPr>
        <w:t>.2.</w:t>
      </w:r>
      <w:r>
        <w:t xml:space="preserve"> </w:t>
      </w:r>
      <w:proofErr w:type="spellStart"/>
      <w:r>
        <w:t>Taraflar</w:t>
      </w:r>
      <w:proofErr w:type="spellEnd"/>
      <w:r>
        <w:t xml:space="preserve">, </w:t>
      </w:r>
      <w:proofErr w:type="spellStart"/>
      <w:r>
        <w:t>yazılı</w:t>
      </w:r>
      <w:proofErr w:type="spellEnd"/>
      <w:r>
        <w:t xml:space="preserve"> </w:t>
      </w:r>
      <w:proofErr w:type="spellStart"/>
      <w:r>
        <w:t>bildirim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sözleşmeyi</w:t>
      </w:r>
      <w:proofErr w:type="spellEnd"/>
      <w:r>
        <w:t xml:space="preserve"> </w:t>
      </w:r>
      <w:proofErr w:type="spellStart"/>
      <w:r>
        <w:t>feshedebilir</w:t>
      </w:r>
      <w:proofErr w:type="spellEnd"/>
      <w:r>
        <w:t>.</w:t>
      </w:r>
    </w:p>
    <w:p w:rsidR="008918E5" w:rsidRDefault="008918E5" w:rsidP="008918E5">
      <w:r>
        <w:rPr>
          <w:b/>
        </w:rPr>
        <w:t>10</w:t>
      </w:r>
      <w:r w:rsidRPr="00916FB8">
        <w:rPr>
          <w:b/>
        </w:rPr>
        <w:t>.3.</w:t>
      </w:r>
      <w:r>
        <w:t xml:space="preserve"> </w:t>
      </w:r>
      <w:proofErr w:type="spellStart"/>
      <w:r>
        <w:t>Fesih</w:t>
      </w:r>
      <w:proofErr w:type="spellEnd"/>
      <w:r>
        <w:t xml:space="preserve"> </w:t>
      </w:r>
      <w:proofErr w:type="spellStart"/>
      <w:r>
        <w:t>halinde</w:t>
      </w:r>
      <w:proofErr w:type="spellEnd"/>
      <w:r>
        <w:t xml:space="preserve"> </w:t>
      </w:r>
      <w:proofErr w:type="spellStart"/>
      <w:r>
        <w:t>yapılan</w:t>
      </w:r>
      <w:proofErr w:type="spellEnd"/>
      <w:r>
        <w:t xml:space="preserve"> </w:t>
      </w:r>
      <w:proofErr w:type="spellStart"/>
      <w:r>
        <w:t>masraflar</w:t>
      </w:r>
      <w:proofErr w:type="spellEnd"/>
      <w:r>
        <w:t xml:space="preserve"> </w:t>
      </w:r>
      <w:proofErr w:type="spellStart"/>
      <w:r>
        <w:t>Hizmet</w:t>
      </w:r>
      <w:proofErr w:type="spellEnd"/>
      <w:r>
        <w:t xml:space="preserve"> </w:t>
      </w:r>
      <w:proofErr w:type="spellStart"/>
      <w:r>
        <w:t>Alan’a</w:t>
      </w:r>
      <w:proofErr w:type="spellEnd"/>
      <w:r>
        <w:t xml:space="preserve"> </w:t>
      </w:r>
      <w:proofErr w:type="spellStart"/>
      <w:r>
        <w:t>yansıtılır</w:t>
      </w:r>
      <w:proofErr w:type="spellEnd"/>
      <w:r>
        <w:t>.</w:t>
      </w:r>
    </w:p>
    <w:p w:rsidR="008918E5" w:rsidRDefault="008918E5">
      <w:pPr>
        <w:rPr>
          <w:b/>
        </w:rPr>
      </w:pPr>
    </w:p>
    <w:p w:rsidR="008918E5" w:rsidRPr="00916FB8" w:rsidRDefault="008918E5" w:rsidP="008918E5">
      <w:pPr>
        <w:rPr>
          <w:b/>
        </w:rPr>
      </w:pPr>
      <w:r>
        <w:rPr>
          <w:b/>
        </w:rPr>
        <w:t>11</w:t>
      </w:r>
      <w:r w:rsidRPr="00916FB8">
        <w:rPr>
          <w:b/>
        </w:rPr>
        <w:t>. UYUŞMAZLIKLAR</w:t>
      </w:r>
    </w:p>
    <w:p w:rsidR="008918E5" w:rsidRDefault="008918E5" w:rsidP="008918E5"/>
    <w:p w:rsidR="008918E5" w:rsidRDefault="008918E5" w:rsidP="008918E5">
      <w:proofErr w:type="spellStart"/>
      <w:r>
        <w:t>İşbu</w:t>
      </w:r>
      <w:proofErr w:type="spellEnd"/>
      <w:r>
        <w:t xml:space="preserve"> </w:t>
      </w:r>
      <w:proofErr w:type="spellStart"/>
      <w:r>
        <w:t>sözleşmeden</w:t>
      </w:r>
      <w:proofErr w:type="spellEnd"/>
      <w:r>
        <w:t xml:space="preserve"> </w:t>
      </w:r>
      <w:proofErr w:type="spellStart"/>
      <w:r>
        <w:t>doğacak</w:t>
      </w:r>
      <w:proofErr w:type="spellEnd"/>
      <w:r>
        <w:t xml:space="preserve"> </w:t>
      </w:r>
      <w:proofErr w:type="spellStart"/>
      <w:r>
        <w:t>uyuşmazlıklarda</w:t>
      </w:r>
      <w:proofErr w:type="spellEnd"/>
      <w:r>
        <w:t xml:space="preserve"> İstanbul </w:t>
      </w:r>
      <w:proofErr w:type="spellStart"/>
      <w:r>
        <w:t>Mahkemeleri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İcra</w:t>
      </w:r>
      <w:proofErr w:type="spellEnd"/>
      <w:r>
        <w:t xml:space="preserve"> </w:t>
      </w:r>
      <w:proofErr w:type="spellStart"/>
      <w:r>
        <w:t>Daireleri</w:t>
      </w:r>
      <w:proofErr w:type="spellEnd"/>
      <w:r>
        <w:t xml:space="preserve"> </w:t>
      </w:r>
      <w:proofErr w:type="spellStart"/>
      <w:r>
        <w:t>yetkilidir</w:t>
      </w:r>
      <w:proofErr w:type="spellEnd"/>
      <w:r>
        <w:t>.</w:t>
      </w:r>
    </w:p>
    <w:p w:rsidR="008918E5" w:rsidRDefault="008918E5" w:rsidP="008918E5"/>
    <w:p w:rsidR="008918E5" w:rsidRPr="00916FB8" w:rsidRDefault="008918E5" w:rsidP="008918E5">
      <w:pPr>
        <w:rPr>
          <w:b/>
        </w:rPr>
      </w:pPr>
      <w:r>
        <w:rPr>
          <w:b/>
        </w:rPr>
        <w:t>12</w:t>
      </w:r>
      <w:r w:rsidRPr="00916FB8">
        <w:rPr>
          <w:b/>
        </w:rPr>
        <w:t>. DİĞER HÜKÜMLER</w:t>
      </w:r>
    </w:p>
    <w:p w:rsidR="008918E5" w:rsidRDefault="008918E5" w:rsidP="008918E5"/>
    <w:p w:rsidR="008918E5" w:rsidRDefault="008918E5" w:rsidP="008918E5">
      <w:r w:rsidRPr="00916FB8">
        <w:rPr>
          <w:b/>
        </w:rPr>
        <w:t>1</w:t>
      </w:r>
      <w:r>
        <w:rPr>
          <w:b/>
        </w:rPr>
        <w:t>2</w:t>
      </w:r>
      <w:r w:rsidRPr="00916FB8">
        <w:rPr>
          <w:b/>
        </w:rPr>
        <w:t>.1.</w:t>
      </w:r>
      <w:r>
        <w:t xml:space="preserve"> Bu </w:t>
      </w:r>
      <w:proofErr w:type="spellStart"/>
      <w:r>
        <w:t>sözleşme</w:t>
      </w:r>
      <w:proofErr w:type="spellEnd"/>
      <w:r>
        <w:t xml:space="preserve"> 12 </w:t>
      </w:r>
      <w:proofErr w:type="spellStart"/>
      <w:r>
        <w:t>maddeden</w:t>
      </w:r>
      <w:proofErr w:type="spellEnd"/>
      <w:r>
        <w:t xml:space="preserve"> </w:t>
      </w:r>
      <w:proofErr w:type="spellStart"/>
      <w:r>
        <w:t>oluşmaktadır</w:t>
      </w:r>
      <w:proofErr w:type="spellEnd"/>
      <w:r>
        <w:t>.</w:t>
      </w:r>
    </w:p>
    <w:p w:rsidR="008918E5" w:rsidRDefault="008918E5" w:rsidP="008918E5">
      <w:r>
        <w:rPr>
          <w:b/>
        </w:rPr>
        <w:t>12</w:t>
      </w:r>
      <w:r w:rsidRPr="00916FB8">
        <w:rPr>
          <w:b/>
        </w:rPr>
        <w:t>.2.</w:t>
      </w:r>
      <w:r>
        <w:t xml:space="preserve"> </w:t>
      </w:r>
      <w:proofErr w:type="spellStart"/>
      <w:r>
        <w:t>Taraflar</w:t>
      </w:r>
      <w:proofErr w:type="spellEnd"/>
      <w:r>
        <w:t xml:space="preserve">, </w:t>
      </w:r>
      <w:proofErr w:type="spellStart"/>
      <w:r>
        <w:t>sözleşmeyi</w:t>
      </w:r>
      <w:proofErr w:type="spellEnd"/>
      <w:r>
        <w:t xml:space="preserve"> </w:t>
      </w:r>
      <w:proofErr w:type="spellStart"/>
      <w:r>
        <w:t>okuyup</w:t>
      </w:r>
      <w:proofErr w:type="spellEnd"/>
      <w:r>
        <w:t xml:space="preserve"> </w:t>
      </w:r>
      <w:proofErr w:type="spellStart"/>
      <w:r>
        <w:t>anladıklarını</w:t>
      </w:r>
      <w:proofErr w:type="spellEnd"/>
      <w:r>
        <w:t xml:space="preserve"> </w:t>
      </w:r>
      <w:proofErr w:type="spellStart"/>
      <w:r>
        <w:t>kabul</w:t>
      </w:r>
      <w:proofErr w:type="spellEnd"/>
      <w:r>
        <w:t xml:space="preserve"> </w:t>
      </w:r>
      <w:proofErr w:type="spellStart"/>
      <w:r>
        <w:t>eder</w:t>
      </w:r>
      <w:proofErr w:type="spellEnd"/>
      <w:r>
        <w:t>.</w:t>
      </w:r>
    </w:p>
    <w:p w:rsidR="007E59A5" w:rsidRPr="008918E5" w:rsidRDefault="004C226C">
      <w:pPr>
        <w:rPr>
          <w:b/>
        </w:rPr>
      </w:pPr>
      <w:r>
        <w:br/>
      </w:r>
      <w:r>
        <w:br/>
      </w:r>
      <w:r w:rsidR="008918E5">
        <w:t xml:space="preserve">                                             </w:t>
      </w:r>
      <w:r w:rsidRPr="008918E5">
        <w:rPr>
          <w:b/>
        </w:rPr>
        <w:t xml:space="preserve">ŞİRKET  </w:t>
      </w:r>
      <w:r w:rsidR="008918E5" w:rsidRPr="008918E5">
        <w:rPr>
          <w:b/>
        </w:rPr>
        <w:t xml:space="preserve">                                                          </w:t>
      </w:r>
      <w:r w:rsidRPr="008918E5">
        <w:rPr>
          <w:b/>
        </w:rPr>
        <w:t xml:space="preserve"> HASTA </w:t>
      </w:r>
    </w:p>
    <w:sectPr w:rsidR="007E59A5" w:rsidRPr="008918E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226C"/>
    <w:rsid w:val="007E59A5"/>
    <w:rsid w:val="008918E5"/>
    <w:rsid w:val="00AA1D8D"/>
    <w:rsid w:val="00B47730"/>
    <w:rsid w:val="00B74D99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FC9225"/>
  <w14:defaultImageDpi w14:val="300"/>
  <w15:docId w15:val="{2D059F73-2085-4DA6-949E-35D123063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E0D6072-4F1E-4664-802D-F0922D97D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563</Words>
  <Characters>3210</Characters>
  <Application>Microsoft Office Word</Application>
  <DocSecurity>0</DocSecurity>
  <Lines>26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3766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Hakan</cp:lastModifiedBy>
  <cp:revision>2</cp:revision>
  <dcterms:created xsi:type="dcterms:W3CDTF">2026-06-09T00:00:00Z</dcterms:created>
  <dcterms:modified xsi:type="dcterms:W3CDTF">2026-06-09T00:00:00Z</dcterms:modified>
  <cp:category/>
</cp:coreProperties>
</file>